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Соглашение о присоединении к оферте Music Family</w:t>
      </w:r>
    </w:p>
    <w:p>
      <w:r>
        <w:rPr>
          <w:b w:val="0"/>
        </w:rPr>
        <w:t>№ __________________       г. Курск       Дата __________________</w:t>
      </w:r>
    </w:p>
    <w:p>
      <w:r>
        <w:rPr>
          <w:b w:val="0"/>
        </w:rPr>
        <w:t>ИП Боровских Павел Сергеевич, ИНН 463251720305, ОГРНИП 326460000001222 (Исполнитель), и указанный ниже Клиент заключили настоящее соглашение.</w:t>
      </w:r>
    </w:p>
    <w:p>
      <w:r>
        <w:rPr>
          <w:b/>
        </w:rPr>
        <w:t>1  Клиент и ученик</w:t>
      </w:r>
    </w:p>
    <w:p>
      <w:r>
        <w:rPr>
          <w:b w:val="0"/>
        </w:rPr>
        <w:t>Клиент ФИО __________________________________________________________</w:t>
      </w:r>
    </w:p>
    <w:p>
      <w:r>
        <w:rPr>
          <w:b w:val="0"/>
        </w:rPr>
        <w:t>Телефон ____________________   Электронная почта _______________________</w:t>
      </w:r>
    </w:p>
    <w:p>
      <w:r>
        <w:rPr>
          <w:b w:val="0"/>
        </w:rPr>
        <w:t>Ученик ФИО __________________________________________________________</w:t>
      </w:r>
    </w:p>
    <w:p>
      <w:r>
        <w:rPr>
          <w:b w:val="0"/>
        </w:rPr>
        <w:t>Дата рождения ученика ______________   Клиент является: учеником / родителем / иным законным представителем (нужное подчеркнуть).</w:t>
      </w:r>
    </w:p>
    <w:p>
      <w:r>
        <w:rPr>
          <w:b w:val="0"/>
        </w:rPr>
        <w:t>Для представителя: основание полномочий _______________________________</w:t>
      </w:r>
    </w:p>
    <w:p>
      <w:r>
        <w:rPr>
          <w:b/>
        </w:rPr>
        <w:t>2  Выбранные услуги</w:t>
      </w:r>
    </w:p>
    <w:p>
      <w:r>
        <w:rPr>
          <w:b w:val="0"/>
        </w:rPr>
        <w:t>Услуга или абонемент ____________________   Направление _________________</w:t>
      </w:r>
    </w:p>
    <w:p>
      <w:r>
        <w:rPr>
          <w:b w:val="0"/>
        </w:rPr>
        <w:t>Количество занятий __________   Продолжительность __________ минут</w:t>
      </w:r>
    </w:p>
    <w:p>
      <w:r>
        <w:rPr>
          <w:b w:val="0"/>
        </w:rPr>
        <w:t>Полная стоимость __________ руб.   Порядок и срок оплаты _________________</w:t>
      </w:r>
    </w:p>
    <w:p>
      <w:r>
        <w:rPr>
          <w:b w:val="0"/>
        </w:rPr>
        <w:t>Плановая дата первого занятия __________   Срок оказания услуг ____________</w:t>
      </w:r>
    </w:p>
    <w:p>
      <w:r>
        <w:rPr>
          <w:b w:val="0"/>
        </w:rPr>
        <w:t>Для Start и Standard срок действия определяется пп. 5.4–5.4.1 оферты. Расписание согласовывается с Клиентом и фиксируется в Личном кабинете.</w:t>
      </w:r>
    </w:p>
    <w:p>
      <w:r>
        <w:rPr>
          <w:b w:val="0"/>
        </w:rPr>
        <w:t>Иные согласованные условия ___________________________________________</w:t>
      </w:r>
    </w:p>
    <w:p>
      <w:r>
        <w:rPr>
          <w:b/>
        </w:rPr>
        <w:t>3  Ознакомление и принятие условий</w:t>
      </w:r>
    </w:p>
    <w:p>
      <w:r>
        <w:rPr>
          <w:b w:val="0"/>
        </w:rPr>
        <w:t>До подписания настоящего соглашения я ознакомился(ась) с публичной офертой Music Family в редакции №11 от 20.10.2026 и Приложением №1 (прайсом), размещенными по адресу https://musicfamily46.ru/offer/, и принимаю их условия. Мне предоставлена возможность прочитать текст и задать вопросы.</w:t>
      </w:r>
    </w:p>
    <w:p>
      <w:r>
        <w:rPr>
          <w:b w:val="0"/>
        </w:rPr>
        <w:t>Я ознакомился(ась) в том числе со стоимостью и сроком действия абонемента, правилами отмены и переноса занятий, заморозки, отказа от договора и возврата денежных средств. Сведения о выбранной услуге и Ученике указаны выше верно.</w:t>
      </w:r>
    </w:p>
    <w:p>
      <w:r>
        <w:rPr>
          <w:b w:val="0"/>
        </w:rPr>
        <w:t>Настоящее соглашение вместе с указанной редакцией оферты определяет условия договора. Последующие редакции не изменяют условия этой покупки автоматически. Способ оплаты не заменяет подписание соглашения. Соглашение не является документом, подтверждающим оплату, и не ограничивает права потребителя, установленные законом.</w:t>
      </w:r>
    </w:p>
    <w:p>
      <w:r>
        <w:rPr>
          <w:b/>
        </w:rPr>
        <w:t>4  Подписи сторон</w:t>
      </w:r>
    </w:p>
    <w:p>
      <w:r>
        <w:rPr>
          <w:b w:val="0"/>
        </w:rPr>
        <w:t>Клиент: подпись __________________   ФИО _______________________________</w:t>
      </w:r>
    </w:p>
    <w:p>
      <w:r>
        <w:rPr>
          <w:b w:val="0"/>
        </w:rPr>
        <w:t>Исполнитель или уполномоченный представитель:</w:t>
      </w:r>
    </w:p>
    <w:p>
      <w:r>
        <w:rPr>
          <w:b w:val="0"/>
        </w:rPr>
        <w:t>Подпись __________________   ФИО _____________________________________</w:t>
      </w:r>
    </w:p>
    <w:p>
      <w:r>
        <w:rPr>
          <w:b w:val="0"/>
        </w:rPr>
        <w:t>Основание полномочий представителя ___________________________________</w:t>
      </w:r>
    </w:p>
    <w:p>
      <w:r>
        <w:rPr>
          <w:b w:val="0"/>
        </w:rPr>
        <w:t>Соглашение составлено в двух экземплярах, по одному для каждой стороны. Один экземпляр получил(а). Подпись Клиента __________________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