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Соглашение о присоединении</w:t>
        <w:br/>
        <w:t>к оферте Music Family</w:t>
      </w:r>
    </w:p>
    <w:p>
      <w:r>
        <w:rPr>
          <w:b w:val="0"/>
        </w:rPr>
        <w:t>г. Курск                                     Дата ____________________</w:t>
      </w:r>
    </w:p>
    <w:p>
      <w:r>
        <w:rPr>
          <w:b w:val="0"/>
        </w:rPr>
        <w:t>ИП Боровских Павел Сергеевич, ИНН 463251720305, ОГРНИП 326460000001222 (Исполнитель), и Клиент заключили рамочное соглашение на следующих условиях.</w:t>
      </w:r>
    </w:p>
    <w:p>
      <w:r>
        <w:rPr>
          <w:b w:val="0"/>
        </w:rPr>
        <w:t>Клиент ФИО ___________________________________________________</w:t>
      </w:r>
    </w:p>
    <w:p>
      <w:r>
        <w:rPr>
          <w:b w:val="0"/>
        </w:rPr>
        <w:t>Телефон ______________________________________________________</w:t>
      </w:r>
    </w:p>
    <w:p>
      <w:r>
        <w:rPr>
          <w:b w:val="0"/>
        </w:rPr>
        <w:t>Ученик ФИО ___________________________________________________</w:t>
        <w:br/>
        <w:t>Заполняется, только если занимается другой человек.</w:t>
      </w:r>
    </w:p>
    <w:p>
      <w:r>
        <w:rPr>
          <w:b w:val="0"/>
        </w:rPr>
        <w:t>Для несовершеннолетнего ученика Клиент — родитель / иной законный представитель (нужное подчеркнуть).</w:t>
      </w:r>
    </w:p>
    <w:p>
      <w:r>
        <w:rPr>
          <w:b/>
        </w:rPr>
        <w:t>Ознакомление с офертой</w:t>
      </w:r>
    </w:p>
    <w:p>
      <w:r>
        <w:rPr>
          <w:b w:val="0"/>
        </w:rPr>
        <w:t>До подписания я ознакомился(ась) с офертой Music Family в редакции №12 от 20.10.2026 и Приложением №1 (прайсом) по адресу https://musicfamily46.ru/offer/ и принимаю их условия, включая правила оплаты, сроков абонементов, отмен, переносов и возвратов. Мне предоставлена возможность прочитать текст и задать вопросы.</w:t>
      </w:r>
    </w:p>
    <w:p>
      <w:r>
        <w:rPr>
          <w:b/>
        </w:rPr>
        <w:t>Как оформляются следующие покупки</w:t>
      </w:r>
    </w:p>
    <w:p>
      <w:r>
        <w:rPr>
          <w:b w:val="0"/>
        </w:rPr>
        <w:t>Соглашение подписывается один раз. При покупке следующего абонемента или смене абонемента либо направления повторное бумажное подписание не требуется. Условия каждой покупки предоставляются мне до оплаты и подтверждаются оплатой по правилам раздела 3 оферты. Сведения и история согласований сохраняются в CRM; остальные необходимые данные я заполняю или подтверждаю в ней.</w:t>
      </w:r>
    </w:p>
    <w:p>
      <w:r>
        <w:rPr>
          <w:b w:val="0"/>
        </w:rPr>
        <w:t>Изменение уже оплаченной покупки требует моего отдельного согласия. Новая редакция оферты принимается в порядке раздела 14 и не изменяет прошлые покупки автоматически. Соглашение не является подтверждением оплаты и не ограничивает законные права потребителя.</w:t>
      </w:r>
    </w:p>
    <w:p>
      <w:r>
        <w:rPr>
          <w:b w:val="0"/>
        </w:rPr>
        <w:t>Клиент: подпись ____________________</w:t>
      </w:r>
    </w:p>
    <w:p>
      <w:r>
        <w:t>От Music Family: ФИО __________________   Подпись ______________</w:t>
      </w:r>
    </w:p>
    <w:p>
      <w:r>
        <w:t>Соглашение составлено в двух экземплярах: для Клиента и Music Family.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