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38E5E" w14:textId="77777777" w:rsidR="00AB7E95" w:rsidRPr="00AB489B" w:rsidRDefault="001C19FE">
      <w:pPr>
        <w:spacing w:after="60"/>
        <w:jc w:val="center"/>
        <w:rPr>
          <w:b/>
          <w:sz w:val="20"/>
          <w:szCs w:val="20"/>
          <w:lang w:val="ru-RU"/>
        </w:rPr>
      </w:pPr>
      <w:r w:rsidRPr="00AB489B">
        <w:rPr>
          <w:b/>
          <w:sz w:val="20"/>
          <w:szCs w:val="20"/>
          <w:lang w:val="ru-RU"/>
        </w:rPr>
        <w:t>ПУБЛИЧНАЯ ОФЕРТА</w:t>
      </w:r>
      <w:r w:rsidRPr="00AB489B">
        <w:rPr>
          <w:b/>
          <w:sz w:val="20"/>
          <w:szCs w:val="20"/>
          <w:lang w:val="ru-RU"/>
        </w:rPr>
        <w:br/>
        <w:t xml:space="preserve">НА ОКАЗАНИЕ УСЛУГ </w:t>
      </w:r>
      <w:r w:rsidR="00AB7E95" w:rsidRPr="00AB489B">
        <w:rPr>
          <w:b/>
          <w:sz w:val="20"/>
          <w:szCs w:val="20"/>
          <w:lang w:val="ru-RU"/>
        </w:rPr>
        <w:t>ЧАСТНОЙ МУЗЫКАЛЬНОЙ СТУДИИ</w:t>
      </w:r>
    </w:p>
    <w:p w14:paraId="02E67426" w14:textId="1D40CB2E" w:rsidR="005A1416" w:rsidRPr="00AB489B" w:rsidRDefault="001C19FE">
      <w:pPr>
        <w:spacing w:after="60"/>
        <w:jc w:val="center"/>
        <w:rPr>
          <w:sz w:val="20"/>
          <w:szCs w:val="20"/>
          <w:lang w:val="ru-RU"/>
        </w:rPr>
      </w:pPr>
      <w:r w:rsidRPr="00AB489B">
        <w:rPr>
          <w:b/>
          <w:sz w:val="20"/>
          <w:szCs w:val="20"/>
        </w:rPr>
        <w:t>MUSIC</w:t>
      </w:r>
      <w:r w:rsidRPr="00AB489B">
        <w:rPr>
          <w:b/>
          <w:sz w:val="20"/>
          <w:szCs w:val="20"/>
          <w:lang w:val="ru-RU"/>
        </w:rPr>
        <w:t xml:space="preserve"> </w:t>
      </w:r>
      <w:r w:rsidRPr="00AB489B">
        <w:rPr>
          <w:b/>
          <w:sz w:val="20"/>
          <w:szCs w:val="20"/>
        </w:rPr>
        <w:t>FAMILY</w:t>
      </w:r>
      <w:r w:rsidR="00AB489B">
        <w:rPr>
          <w:b/>
          <w:sz w:val="20"/>
          <w:szCs w:val="20"/>
          <w:lang w:val="ru-RU"/>
        </w:rPr>
        <w:t xml:space="preserve"> </w:t>
      </w:r>
      <w:r w:rsidR="00AB489B" w:rsidRPr="00AB489B">
        <w:rPr>
          <w:b/>
          <w:sz w:val="20"/>
          <w:szCs w:val="20"/>
          <w:lang w:val="ru-RU"/>
        </w:rPr>
        <w:t>/</w:t>
      </w:r>
      <w:r w:rsidR="00AB489B">
        <w:rPr>
          <w:b/>
          <w:sz w:val="20"/>
          <w:szCs w:val="20"/>
          <w:lang w:val="ru-RU"/>
        </w:rPr>
        <w:t xml:space="preserve"> МУЗЫКАЛЬНАЯ СЕМЬЯ</w:t>
      </w:r>
    </w:p>
    <w:p w14:paraId="5E0283A9" w14:textId="77777777" w:rsidR="005A1416" w:rsidRPr="00AB7E95" w:rsidRDefault="001C19FE">
      <w:pPr>
        <w:spacing w:after="160"/>
        <w:jc w:val="center"/>
        <w:rPr>
          <w:lang w:val="ru-RU"/>
        </w:rPr>
      </w:pPr>
      <w:r>
        <w:t>Редакция №11 от 20 октября 2026 года</w:t>
      </w:r>
    </w:p>
    <w:p w14:paraId="2181CA88" w14:textId="77777777" w:rsidR="005A1416" w:rsidRPr="00AB7E95" w:rsidRDefault="001C19FE">
      <w:pPr>
        <w:spacing w:after="140"/>
        <w:jc w:val="right"/>
        <w:rPr>
          <w:lang w:val="ru-RU"/>
        </w:rPr>
      </w:pPr>
      <w:r w:rsidRPr="00AB7E95">
        <w:rPr>
          <w:lang w:val="ru-RU"/>
        </w:rPr>
        <w:t>г. Курск</w:t>
      </w:r>
    </w:p>
    <w:p w14:paraId="0B438F9D" w14:textId="22BADE68" w:rsidR="005A1416" w:rsidRPr="00AB7E95" w:rsidRDefault="001C19FE">
      <w:pPr>
        <w:rPr>
          <w:lang w:val="ru-RU"/>
        </w:rPr>
      </w:pPr>
      <w:r w:rsidRPr="00AB7E95">
        <w:rPr>
          <w:lang w:val="ru-RU"/>
        </w:rPr>
        <w:t xml:space="preserve">Индивидуальный предприниматель </w:t>
      </w:r>
      <w:proofErr w:type="spellStart"/>
      <w:r w:rsidRPr="00AB7E95">
        <w:rPr>
          <w:lang w:val="ru-RU"/>
        </w:rPr>
        <w:t>Боровских</w:t>
      </w:r>
      <w:proofErr w:type="spellEnd"/>
      <w:r w:rsidRPr="00AB7E95">
        <w:rPr>
          <w:lang w:val="ru-RU"/>
        </w:rPr>
        <w:t xml:space="preserve"> Павел Сергеевич, ИНН 463251720305, ОГРНИП 326460000001222, далее — «Исполнитель», предлагает физическим лицам, далее — «Клиент», заключить договор на оказание услуг </w:t>
      </w:r>
      <w:r w:rsidR="00AB7E95">
        <w:rPr>
          <w:lang w:val="ru-RU"/>
        </w:rPr>
        <w:t>музыкальной студии</w:t>
      </w:r>
      <w:r w:rsidRPr="00AB7E95">
        <w:rPr>
          <w:lang w:val="ru-RU"/>
        </w:rPr>
        <w:t xml:space="preserve"> на условиях настоящей публичной оферты.</w:t>
      </w:r>
    </w:p>
    <w:p w14:paraId="39E92319" w14:textId="77777777" w:rsidR="005A1416" w:rsidRPr="00AB7E95" w:rsidRDefault="001C19FE">
      <w:pPr>
        <w:rPr>
          <w:lang w:val="ru-RU"/>
        </w:rPr>
      </w:pPr>
      <w:r>
        <w:t>Условия выбранной услуги или абонемента, стоимость и сведения об Ученике фиксируются в бумажном соглашении о присоединении к оферте и в Личном кабинете Клиента. Расписание согласовывается с Клиентом и фиксируется в Личном кабинете.</w:t>
      </w:r>
    </w:p>
    <w:p w14:paraId="3FF43E3D" w14:textId="77777777" w:rsidR="005A1416" w:rsidRPr="00AB7E95" w:rsidRDefault="001C19FE">
      <w:pPr>
        <w:pStyle w:val="1"/>
        <w:rPr>
          <w:lang w:val="ru-RU"/>
        </w:rPr>
      </w:pPr>
      <w:r w:rsidRPr="00AB7E95">
        <w:rPr>
          <w:lang w:val="ru-RU"/>
        </w:rPr>
        <w:t>1. Основные понятия</w:t>
      </w:r>
    </w:p>
    <w:p w14:paraId="180480EE" w14:textId="77777777" w:rsidR="005A1416" w:rsidRPr="00AB7E95" w:rsidRDefault="001C19FE">
      <w:pPr>
        <w:rPr>
          <w:lang w:val="ru-RU"/>
        </w:rPr>
      </w:pPr>
      <w:r w:rsidRPr="00AB7E95">
        <w:rPr>
          <w:b/>
          <w:bCs/>
          <w:lang w:val="ru-RU"/>
        </w:rPr>
        <w:t xml:space="preserve">1.1. </w:t>
      </w:r>
      <w:r w:rsidRPr="004B5712">
        <w:rPr>
          <w:b/>
          <w:lang w:val="ru-RU"/>
        </w:rPr>
        <w:t>Абонемент</w:t>
      </w:r>
      <w:r w:rsidRPr="004B5712">
        <w:rPr>
          <w:lang w:val="ru-RU"/>
        </w:rPr>
        <w:t xml:space="preserve"> — комплекс услуг </w:t>
      </w:r>
      <w:r>
        <w:t>Music</w:t>
      </w:r>
      <w:r w:rsidRPr="004B5712">
        <w:rPr>
          <w:lang w:val="ru-RU"/>
        </w:rPr>
        <w:t xml:space="preserve"> </w:t>
      </w:r>
      <w:r>
        <w:t>Family</w:t>
      </w:r>
      <w:r w:rsidRPr="004B5712">
        <w:rPr>
          <w:lang w:val="ru-RU"/>
        </w:rPr>
        <w:t xml:space="preserve"> на установленный срок, включающий определенное количество уроков и организационное сопровождение Ученика.</w:t>
      </w:r>
    </w:p>
    <w:p w14:paraId="7FD2EAF8" w14:textId="050A9271" w:rsidR="005A1416" w:rsidRPr="00AB7E95" w:rsidRDefault="001C19FE">
      <w:pPr>
        <w:rPr>
          <w:lang w:val="ru-RU"/>
        </w:rPr>
      </w:pPr>
      <w:r w:rsidRPr="00AB7E95">
        <w:rPr>
          <w:b/>
          <w:lang w:val="ru-RU"/>
        </w:rPr>
        <w:t>1.2. Личный кабинет</w:t>
      </w:r>
      <w:r w:rsidRPr="00AB7E95">
        <w:rPr>
          <w:lang w:val="ru-RU"/>
        </w:rPr>
        <w:t xml:space="preserve"> — персональный раздел собственной </w:t>
      </w:r>
      <w:r>
        <w:t>CRM</w:t>
      </w:r>
      <w:r w:rsidRPr="00AB7E95">
        <w:rPr>
          <w:lang w:val="ru-RU"/>
        </w:rPr>
        <w:t xml:space="preserve">-системы </w:t>
      </w:r>
      <w:r>
        <w:t>Music</w:t>
      </w:r>
      <w:r w:rsidRPr="00AB7E95">
        <w:rPr>
          <w:lang w:val="ru-RU"/>
        </w:rPr>
        <w:t xml:space="preserve"> </w:t>
      </w:r>
      <w:r>
        <w:t>Family</w:t>
      </w:r>
      <w:r w:rsidR="004B6775">
        <w:rPr>
          <w:lang w:val="ru-RU"/>
        </w:rPr>
        <w:t xml:space="preserve"> в сети интернет</w:t>
      </w:r>
      <w:r w:rsidRPr="00AB7E95">
        <w:rPr>
          <w:lang w:val="ru-RU"/>
        </w:rPr>
        <w:t>, в котором ведется учет занятий, оплат, остатка денежных средств, расписания и переписки со школой.</w:t>
      </w:r>
    </w:p>
    <w:p w14:paraId="598D3B5B" w14:textId="77777777" w:rsidR="005A1416" w:rsidRPr="00AB7E95" w:rsidRDefault="001C19FE">
      <w:pPr>
        <w:rPr>
          <w:lang w:val="ru-RU"/>
        </w:rPr>
      </w:pPr>
      <w:r w:rsidRPr="004B6775">
        <w:rPr>
          <w:b/>
          <w:lang w:val="ru-RU"/>
        </w:rPr>
        <w:t>1.3. Ученик — Клиент</w:t>
      </w:r>
      <w:r w:rsidRPr="00AB7E95">
        <w:rPr>
          <w:lang w:val="ru-RU"/>
        </w:rPr>
        <w:t xml:space="preserve"> либо другое лицо, указанное Клиентом, которое непосредственно посещает занятия.</w:t>
      </w:r>
    </w:p>
    <w:p w14:paraId="1A2AF74A" w14:textId="77777777" w:rsidR="005A1416" w:rsidRPr="00AB7E95" w:rsidRDefault="001C19FE">
      <w:pPr>
        <w:rPr>
          <w:lang w:val="ru-RU"/>
        </w:rPr>
      </w:pPr>
      <w:r w:rsidRPr="004B6775">
        <w:rPr>
          <w:b/>
          <w:lang w:val="ru-RU"/>
        </w:rPr>
        <w:t>1.4. Преподаватель</w:t>
      </w:r>
      <w:r w:rsidRPr="00AB7E95">
        <w:rPr>
          <w:lang w:val="ru-RU"/>
        </w:rPr>
        <w:t xml:space="preserve"> — специалист соответствующего музыкального направления, привлеченный Исполнителем для проведения занятий.</w:t>
      </w:r>
    </w:p>
    <w:p w14:paraId="7D5D9491" w14:textId="4586C2D6" w:rsidR="005A1416" w:rsidRPr="00AB7E95" w:rsidRDefault="001C19FE">
      <w:pPr>
        <w:rPr>
          <w:lang w:val="ru-RU"/>
        </w:rPr>
      </w:pPr>
      <w:r>
        <w:t>1.5. По конкретной услуге или абонементу применяется редакция оферты, номер и дата которой указаны в подписанном соглашении о присоединении, если иное не предусмотрено законом или отдельно письменно не согласовано сторонами.</w:t>
      </w:r>
    </w:p>
    <w:p w14:paraId="0A1971D8" w14:textId="77777777" w:rsidR="005A1416" w:rsidRPr="00AB7E95" w:rsidRDefault="001C19FE">
      <w:pPr>
        <w:pStyle w:val="1"/>
        <w:rPr>
          <w:lang w:val="ru-RU"/>
        </w:rPr>
      </w:pPr>
      <w:r w:rsidRPr="00AB7E95">
        <w:rPr>
          <w:lang w:val="ru-RU"/>
        </w:rPr>
        <w:t>2. Предмет договора</w:t>
      </w:r>
    </w:p>
    <w:p w14:paraId="0D3125FE" w14:textId="77777777" w:rsidR="005A1416" w:rsidRPr="00AB7E95" w:rsidRDefault="001C19FE">
      <w:pPr>
        <w:rPr>
          <w:lang w:val="ru-RU"/>
        </w:rPr>
      </w:pPr>
      <w:r w:rsidRPr="00AB7E95">
        <w:rPr>
          <w:b/>
          <w:lang w:val="ru-RU"/>
        </w:rPr>
        <w:t xml:space="preserve">2.1. </w:t>
      </w:r>
      <w:r w:rsidRPr="00AB7E95">
        <w:rPr>
          <w:lang w:val="ru-RU"/>
        </w:rPr>
        <w:t>Исполнитель организует и обеспечивает проведение индивидуальных музыкальных занятий и иных услуг, указанных в действующем прайсе, а Клиент оплачивает выбранные услуги и соблюдает условия настоящей оферты.</w:t>
      </w:r>
    </w:p>
    <w:p w14:paraId="318B2F6E" w14:textId="77777777" w:rsidR="005A1416" w:rsidRPr="00AB7E95" w:rsidRDefault="001C19FE">
      <w:pPr>
        <w:rPr>
          <w:lang w:val="ru-RU"/>
        </w:rPr>
      </w:pPr>
      <w:r w:rsidRPr="00AB7E95">
        <w:rPr>
          <w:b/>
          <w:lang w:val="ru-RU"/>
        </w:rPr>
        <w:t xml:space="preserve">2.2. </w:t>
      </w:r>
      <w:r w:rsidRPr="00AB7E95">
        <w:rPr>
          <w:lang w:val="ru-RU"/>
        </w:rPr>
        <w:t>Занятия проводят преподаватели, которых привлекает Исполнитель. Договор заключается между Клиентом и Исполнителем, а не с конкретным преподавателем.</w:t>
      </w:r>
    </w:p>
    <w:p w14:paraId="43A7649B" w14:textId="77777777" w:rsidR="005A1416" w:rsidRPr="00AB7E95" w:rsidRDefault="001C19FE">
      <w:pPr>
        <w:rPr>
          <w:lang w:val="ru-RU"/>
        </w:rPr>
      </w:pPr>
      <w:r w:rsidRPr="00AB7E95">
        <w:rPr>
          <w:b/>
          <w:lang w:val="ru-RU"/>
        </w:rPr>
        <w:t xml:space="preserve">2.3. </w:t>
      </w:r>
      <w:r w:rsidRPr="00AB7E95">
        <w:rPr>
          <w:lang w:val="ru-RU"/>
        </w:rPr>
        <w:t>Исполнитель вправе назначить или заменить преподавателя специалистом соответствующего направления. Если стороны отдельно не согласовали обучение у конкретного преподавателя, его личность не является обязательным условием оказания услуг.</w:t>
      </w:r>
    </w:p>
    <w:p w14:paraId="07CB5964" w14:textId="24C4E526" w:rsidR="005A1416" w:rsidRPr="00AB7E95" w:rsidRDefault="001C19FE">
      <w:pPr>
        <w:rPr>
          <w:lang w:val="ru-RU"/>
        </w:rPr>
      </w:pPr>
      <w:r w:rsidRPr="00AB7E95">
        <w:rPr>
          <w:b/>
          <w:lang w:val="ru-RU"/>
        </w:rPr>
        <w:t xml:space="preserve">2.4. </w:t>
      </w:r>
      <w:r w:rsidRPr="00AB7E95">
        <w:rPr>
          <w:lang w:val="ru-RU"/>
        </w:rPr>
        <w:t>Исполнитель отвечает за организацию и проведение занятий, но не гарантирует достижение конкретного музыкального результата за определенное количество уроков. Результат зависит в том числе от регулярности посещения и самостоятельной практики Ученика.</w:t>
      </w:r>
    </w:p>
    <w:p w14:paraId="1F3104F5" w14:textId="77777777" w:rsidR="005A1416" w:rsidRPr="00AB7E95" w:rsidRDefault="001C19FE">
      <w:pPr>
        <w:pStyle w:val="1"/>
        <w:rPr>
          <w:lang w:val="ru-RU"/>
        </w:rPr>
      </w:pPr>
      <w:r w:rsidRPr="00AB7E95">
        <w:rPr>
          <w:lang w:val="ru-RU"/>
        </w:rPr>
        <w:t>3. Как Клиент принимает оферту</w:t>
      </w:r>
    </w:p>
    <w:p w14:paraId="3697E440" w14:textId="77777777" w:rsidR="005A1416" w:rsidRPr="00AB7E95" w:rsidRDefault="001C19FE">
      <w:pPr>
        <w:rPr>
          <w:lang w:val="ru-RU"/>
        </w:rPr>
      </w:pPr>
      <w:r>
        <w:t>3.1. Все Клиенты независимо от способа оплаты до оплаты приобретаемой услуги или абонемента и начала оказания услуг подписывают в школе бумажное соглашение о присоединении к оферте. Соглашение подписывается Клиентом и Исполнителем либо его уполномоченным представителем. Договор на условиях указанной в соглашении редакции оферты заключается с момента подписания соглашения обеими сторонами.</w:t>
      </w:r>
    </w:p>
    <w:p w14:paraId="7C1C3C65" w14:textId="77777777" w:rsidR="005A1416" w:rsidRPr="00AB7E95" w:rsidRDefault="001C19FE">
      <w:pPr>
        <w:rPr>
          <w:lang w:val="ru-RU"/>
        </w:rPr>
      </w:pPr>
      <w:r>
        <w:t>3.2. В соглашении указываются сведения о Клиенте и Ученике, выбранная услуга или абонемент, объем и стоимость услуг, номер и дата редакции оферты, ссылка на ее текст и дата подписания. Клиент подтверждает, что до подписания ознакомился с указанной редакцией оферты и Приложением №1 и принимает их условия. До подписания Исполнитель предоставляет возможность ознакомиться с текстом на сайте и с бумажной копией в школе. Один экземпляр подписанного соглашения передается Клиенту.</w:t>
      </w:r>
    </w:p>
    <w:p w14:paraId="6245E407" w14:textId="77777777" w:rsidR="005A1416" w:rsidRPr="00AB7E95" w:rsidRDefault="001C19FE">
      <w:pPr>
        <w:rPr>
          <w:lang w:val="ru-RU"/>
        </w:rPr>
      </w:pPr>
      <w:r>
        <w:t>3.3. После подписания соглашения Клиент может оплачивать услуги наличными, картой, через Личный кабинет или иным доступным способом. Подтверждение в интерфейсе оплаты не заменяет бумажное соглашение. Исполнитель хранит подписанное соглашение и фиксирует в CRM его номер и дату, сведения о Клиенте и Ученике, выбранной услуге, оплате и принятой редакции оферты.</w:t>
      </w:r>
    </w:p>
    <w:p w14:paraId="2E49CBC4" w14:textId="77777777" w:rsidR="005A1416" w:rsidRPr="00AB7E95" w:rsidRDefault="001C19FE">
      <w:pPr>
        <w:rPr>
          <w:lang w:val="ru-RU"/>
        </w:rPr>
      </w:pPr>
      <w:r>
        <w:t>3.4. При приобретении новой услуги или нового абонемента стороны до оплаты подписывают новое соглашение о присоединении либо бумажное приложение к ранее подписанному соглашению. В приложении указываются приобретаемые услуги, их объем и стоимость, номер и дата принимаемой редакции оферты и подтверждение ознакомления с ней. Приложение подписывается обеими сторонами. Повторный платеж за уже оформленную услугу или абонемент сам по себе не требует нового соглашения. Новые редакции оферты не применяются автоматически к ранее оформленным покупкам.</w:t>
      </w:r>
    </w:p>
    <w:p w14:paraId="601AF545" w14:textId="77777777" w:rsidR="005A1416" w:rsidRPr="00AB7E95" w:rsidRDefault="001C19FE">
      <w:pPr>
        <w:pStyle w:val="1"/>
        <w:rPr>
          <w:lang w:val="ru-RU"/>
        </w:rPr>
      </w:pPr>
      <w:r w:rsidRPr="00AB7E95">
        <w:rPr>
          <w:lang w:val="ru-RU"/>
        </w:rPr>
        <w:lastRenderedPageBreak/>
        <w:t>4. Личный кабинет и связь со школой</w:t>
      </w:r>
    </w:p>
    <w:p w14:paraId="05403475" w14:textId="77777777" w:rsidR="005A1416" w:rsidRPr="00AB7E95" w:rsidRDefault="001C19FE">
      <w:pPr>
        <w:rPr>
          <w:lang w:val="ru-RU"/>
        </w:rPr>
      </w:pPr>
      <w:r w:rsidRPr="00AB7E95">
        <w:rPr>
          <w:b/>
          <w:lang w:val="ru-RU"/>
        </w:rPr>
        <w:t xml:space="preserve">4.1. </w:t>
      </w:r>
      <w:r w:rsidRPr="00AB7E95">
        <w:rPr>
          <w:lang w:val="ru-RU"/>
        </w:rPr>
        <w:t xml:space="preserve">После заключения договора Клиент получает доступ в Личный кабинет </w:t>
      </w:r>
      <w:r>
        <w:t>Music</w:t>
      </w:r>
      <w:r w:rsidRPr="00AB7E95">
        <w:rPr>
          <w:lang w:val="ru-RU"/>
        </w:rPr>
        <w:t xml:space="preserve"> </w:t>
      </w:r>
      <w:r>
        <w:t>Family</w:t>
      </w:r>
      <w:r w:rsidRPr="00AB7E95">
        <w:rPr>
          <w:lang w:val="ru-RU"/>
        </w:rPr>
        <w:t>.</w:t>
      </w:r>
    </w:p>
    <w:p w14:paraId="0B291E8F" w14:textId="77777777" w:rsidR="005A1416" w:rsidRPr="00AB7E95" w:rsidRDefault="001C19FE">
      <w:pPr>
        <w:rPr>
          <w:lang w:val="ru-RU"/>
        </w:rPr>
      </w:pPr>
      <w:r w:rsidRPr="00AB7E95">
        <w:rPr>
          <w:b/>
          <w:lang w:val="ru-RU"/>
        </w:rPr>
        <w:t xml:space="preserve">4.2. </w:t>
      </w:r>
      <w:r w:rsidRPr="00AB7E95">
        <w:rPr>
          <w:lang w:val="ru-RU"/>
        </w:rPr>
        <w:t>В Личном кабинете Клиент может видеть расписание, количество проведенных и оставшихся занятий, срок действия абонемента, остаток денежных средств на лицевом счете, историю операций и доступные способы оплаты.</w:t>
      </w:r>
    </w:p>
    <w:p w14:paraId="43861450" w14:textId="77777777" w:rsidR="005A1416" w:rsidRPr="00AB7E95" w:rsidRDefault="001C19FE">
      <w:pPr>
        <w:rPr>
          <w:lang w:val="ru-RU"/>
        </w:rPr>
      </w:pPr>
      <w:r w:rsidRPr="00AB7E95">
        <w:rPr>
          <w:b/>
          <w:lang w:val="ru-RU"/>
        </w:rPr>
        <w:t xml:space="preserve">4.3. </w:t>
      </w:r>
      <w:r w:rsidRPr="00AB7E95">
        <w:rPr>
          <w:lang w:val="ru-RU"/>
        </w:rPr>
        <w:t>Вся официальная переписка со школой ведется и сохраняется в Личном кабинете. Через него Клиент сообщает об отменах и переносах, оформляет заморозку, направляет обращения и получает сообщения Исполнителя.</w:t>
      </w:r>
    </w:p>
    <w:p w14:paraId="09C61C07" w14:textId="77777777" w:rsidR="005A1416" w:rsidRPr="00AB7E95" w:rsidRDefault="001C19FE">
      <w:pPr>
        <w:rPr>
          <w:lang w:val="ru-RU"/>
        </w:rPr>
      </w:pPr>
      <w:r w:rsidRPr="00AB7E95">
        <w:rPr>
          <w:b/>
          <w:lang w:val="ru-RU"/>
        </w:rPr>
        <w:t xml:space="preserve">4.4. </w:t>
      </w:r>
      <w:r w:rsidRPr="00AB7E95">
        <w:rPr>
          <w:lang w:val="ru-RU"/>
        </w:rPr>
        <w:t xml:space="preserve">Для целей исполнения настоящего договора учитываются сообщения, отправленные через Личный кабинет. Сообщения по телефону, </w:t>
      </w:r>
      <w:r>
        <w:t>SMS</w:t>
      </w:r>
      <w:r w:rsidRPr="00AB7E95">
        <w:rPr>
          <w:lang w:val="ru-RU"/>
        </w:rPr>
        <w:t xml:space="preserve">, в социальных сетях и сторонних мессенджерах являются дополнительной связью и сами по себе не заменяют сообщение в </w:t>
      </w:r>
      <w:r>
        <w:t>CRM</w:t>
      </w:r>
      <w:r w:rsidRPr="00AB7E95">
        <w:rPr>
          <w:lang w:val="ru-RU"/>
        </w:rPr>
        <w:t>.</w:t>
      </w:r>
    </w:p>
    <w:p w14:paraId="102DFFA7" w14:textId="77777777" w:rsidR="005A1416" w:rsidRPr="00AB7E95" w:rsidRDefault="001C19FE">
      <w:pPr>
        <w:rPr>
          <w:lang w:val="ru-RU"/>
        </w:rPr>
      </w:pPr>
      <w:r w:rsidRPr="00AB7E95">
        <w:rPr>
          <w:b/>
          <w:lang w:val="ru-RU"/>
        </w:rPr>
        <w:t xml:space="preserve">4.5. </w:t>
      </w:r>
      <w:r w:rsidRPr="00AB7E95">
        <w:rPr>
          <w:lang w:val="ru-RU"/>
        </w:rPr>
        <w:t xml:space="preserve">Датой и временем сообщения считаются дата и время, зафиксированные </w:t>
      </w:r>
      <w:r>
        <w:t>CRM</w:t>
      </w:r>
      <w:r w:rsidRPr="00AB7E95">
        <w:rPr>
          <w:lang w:val="ru-RU"/>
        </w:rPr>
        <w:t>-системой.</w:t>
      </w:r>
    </w:p>
    <w:p w14:paraId="4FB56B9B" w14:textId="77777777" w:rsidR="005A1416" w:rsidRPr="00AB7E95" w:rsidRDefault="001C19FE">
      <w:pPr>
        <w:rPr>
          <w:lang w:val="ru-RU"/>
        </w:rPr>
      </w:pPr>
      <w:r w:rsidRPr="00AB7E95">
        <w:rPr>
          <w:b/>
          <w:lang w:val="ru-RU"/>
        </w:rPr>
        <w:t xml:space="preserve">4.6. </w:t>
      </w:r>
      <w:r w:rsidRPr="00AB7E95">
        <w:rPr>
          <w:lang w:val="ru-RU"/>
        </w:rPr>
        <w:t xml:space="preserve">Напоминания о занятиях являются дополнительным сервисом. Неполучение или </w:t>
      </w:r>
      <w:proofErr w:type="spellStart"/>
      <w:r w:rsidRPr="00AB7E95">
        <w:rPr>
          <w:lang w:val="ru-RU"/>
        </w:rPr>
        <w:t>непрочтение</w:t>
      </w:r>
      <w:proofErr w:type="spellEnd"/>
      <w:r w:rsidRPr="00AB7E95">
        <w:rPr>
          <w:lang w:val="ru-RU"/>
        </w:rPr>
        <w:t xml:space="preserve"> напоминания не отменяет ранее согласованное занятие.</w:t>
      </w:r>
    </w:p>
    <w:p w14:paraId="7DEDED26" w14:textId="77777777" w:rsidR="005A1416" w:rsidRPr="00AB7E95" w:rsidRDefault="001C19FE">
      <w:pPr>
        <w:pStyle w:val="1"/>
        <w:rPr>
          <w:lang w:val="ru-RU"/>
        </w:rPr>
      </w:pPr>
      <w:r w:rsidRPr="00AB7E95">
        <w:rPr>
          <w:lang w:val="ru-RU"/>
        </w:rPr>
        <w:t>5. Абонементы, стоимость и срок действия</w:t>
      </w:r>
    </w:p>
    <w:p w14:paraId="2BAFD4D3" w14:textId="62D84FD6" w:rsidR="005A1416" w:rsidRPr="00AB7E95" w:rsidRDefault="001C19FE">
      <w:pPr>
        <w:rPr>
          <w:lang w:val="ru-RU"/>
        </w:rPr>
      </w:pPr>
      <w:r w:rsidRPr="00AB7E95">
        <w:rPr>
          <w:b/>
          <w:lang w:val="ru-RU"/>
        </w:rPr>
        <w:t xml:space="preserve">5.1. </w:t>
      </w:r>
      <w:r>
        <w:t>Music</w:t>
      </w:r>
      <w:r w:rsidRPr="00AB7E95">
        <w:rPr>
          <w:lang w:val="ru-RU"/>
        </w:rPr>
        <w:t xml:space="preserve"> </w:t>
      </w:r>
      <w:r>
        <w:t>Family</w:t>
      </w:r>
      <w:r w:rsidRPr="00AB7E95">
        <w:rPr>
          <w:lang w:val="ru-RU"/>
        </w:rPr>
        <w:t xml:space="preserve"> предлагает два основных абонемента: «</w:t>
      </w:r>
      <w:r>
        <w:t>Start</w:t>
      </w:r>
      <w:r w:rsidRPr="00AB7E95">
        <w:rPr>
          <w:lang w:val="ru-RU"/>
        </w:rPr>
        <w:t xml:space="preserve"> — 4 урока» и «</w:t>
      </w:r>
      <w:r w:rsidR="00806C0A">
        <w:t>Standard</w:t>
      </w:r>
      <w:r w:rsidRPr="00AB7E95">
        <w:rPr>
          <w:lang w:val="ru-RU"/>
        </w:rPr>
        <w:t xml:space="preserve"> — 8 уроков». Актуальные цены приведены в Приложении №1.</w:t>
      </w:r>
    </w:p>
    <w:p w14:paraId="13846C9C" w14:textId="77777777" w:rsidR="005A1416" w:rsidRPr="00AB7E95" w:rsidRDefault="001C19FE">
      <w:pPr>
        <w:rPr>
          <w:lang w:val="ru-RU"/>
        </w:rPr>
      </w:pPr>
      <w:r w:rsidRPr="00AB7E95">
        <w:rPr>
          <w:lang w:val="ru-RU"/>
        </w:rPr>
        <w:t>5.2. Абонемент «</w:t>
      </w:r>
      <w:r>
        <w:t>Start</w:t>
      </w:r>
      <w:r w:rsidRPr="00AB7E95">
        <w:rPr>
          <w:lang w:val="ru-RU"/>
        </w:rPr>
        <w:t xml:space="preserve"> — 4 урока» включает 4 занятия по 50 минут. Посещение — 1 раз в неделю.</w:t>
      </w:r>
    </w:p>
    <w:p w14:paraId="5A475ADC" w14:textId="300A7BD7" w:rsidR="005A1416" w:rsidRPr="00AB7E95" w:rsidRDefault="001C19FE">
      <w:pPr>
        <w:rPr>
          <w:lang w:val="ru-RU"/>
        </w:rPr>
      </w:pPr>
      <w:r w:rsidRPr="00AB7E95">
        <w:rPr>
          <w:lang w:val="ru-RU"/>
        </w:rPr>
        <w:t>5.3. Абонемент «</w:t>
      </w:r>
      <w:r w:rsidR="00806C0A">
        <w:t>Standard</w:t>
      </w:r>
      <w:r w:rsidRPr="00AB7E95">
        <w:rPr>
          <w:lang w:val="ru-RU"/>
        </w:rPr>
        <w:t xml:space="preserve"> — 8 уроков» включает 8 занятий по 50 минут. Посещение — 2 раза в неделю.</w:t>
      </w:r>
    </w:p>
    <w:p w14:paraId="7E75A0FB" w14:textId="77777777" w:rsidR="005A1416" w:rsidRPr="00AB7E95" w:rsidRDefault="001C19FE">
      <w:pPr>
        <w:rPr>
          <w:lang w:val="ru-RU"/>
        </w:rPr>
      </w:pPr>
      <w:r w:rsidRPr="00AB7E95">
        <w:rPr>
          <w:b/>
          <w:lang w:val="ru-RU"/>
        </w:rPr>
        <w:t xml:space="preserve">5.4. </w:t>
      </w:r>
      <w:r w:rsidRPr="004B5712">
        <w:rPr>
          <w:lang w:val="ru-RU"/>
        </w:rPr>
        <w:t>Срок действия каждого из указанных абонементов составляет 35 календарных дней и начинается с даты первого фактически проведенного урока по этому абонементу. Первый урок должен быть проведен в течение 15 календарных дней с даты оплаты абонемента. Если в течение этого срока первый урок не состоялся по причинам, не зависящим от Исполнителя, срок действия абонемента автоматически начинает исчисляться с 16-го календарного дня после даты оплаты. Если первый урок не состоялся по причинам, зависящим от Исполнителя, срок действия абонемента начинается с даты первого фактически проведенного урока.</w:t>
      </w:r>
    </w:p>
    <w:p w14:paraId="56ABAE1A" w14:textId="6D80FA58" w:rsidR="005A1416" w:rsidRPr="004B5712" w:rsidRDefault="001C19FE">
      <w:pPr>
        <w:rPr>
          <w:lang w:val="ru-RU"/>
        </w:rPr>
      </w:pPr>
      <w:r w:rsidRPr="004B5712">
        <w:rPr>
          <w:b/>
          <w:lang w:val="ru-RU"/>
        </w:rPr>
        <w:t xml:space="preserve">5.4.1. </w:t>
      </w:r>
      <w:r w:rsidRPr="004B5712">
        <w:rPr>
          <w:lang w:val="ru-RU"/>
        </w:rPr>
        <w:t xml:space="preserve">Если Клиент оплачивает следующий абонемент до окончания действующего, срок действия нового абонемента начинается со дня, следующего за днем окончания текущего абонемента. Если Клиент по своему желанию начинает использовать новый абонемент раньше, срок его действия начинается с даты первого урока, отнесенного в </w:t>
      </w:r>
      <w:r>
        <w:t>CRM</w:t>
      </w:r>
      <w:r w:rsidRPr="004B5712">
        <w:rPr>
          <w:lang w:val="ru-RU"/>
        </w:rPr>
        <w:t xml:space="preserve">-системе к новому абонементу. </w:t>
      </w:r>
    </w:p>
    <w:p w14:paraId="01ADAF14" w14:textId="77777777" w:rsidR="005A1416" w:rsidRPr="00AB7E95" w:rsidRDefault="001C19FE">
      <w:pPr>
        <w:rPr>
          <w:lang w:val="ru-RU"/>
        </w:rPr>
      </w:pPr>
      <w:r w:rsidRPr="00AB7E95">
        <w:rPr>
          <w:b/>
          <w:lang w:val="ru-RU"/>
        </w:rPr>
        <w:t xml:space="preserve">5.5. </w:t>
      </w:r>
      <w:r w:rsidRPr="004B5712">
        <w:rPr>
          <w:lang w:val="ru-RU"/>
        </w:rPr>
        <w:t xml:space="preserve">В стоимость каждого абонемента входит организационное сопровождение Ученика стоимостью 1 600 рублей. Организационное сопровождение включает работу администратора по формированию и ведению расписания, закреплению преподавателя, резервированию постоянного времени занятий, взаимодействию с преподавателем по вопросам расписания Ученика, учету посещений, переносов и отмен, ведению данных Ученика в </w:t>
      </w:r>
      <w:r>
        <w:t>CRM</w:t>
      </w:r>
      <w:r w:rsidRPr="004B5712">
        <w:rPr>
          <w:lang w:val="ru-RU"/>
        </w:rPr>
        <w:t>-системе и сопровождению Клиента в течение срока действия абонемента. Организационное сопровождение считается фактически оказанным после проведения первого урока по абонементу.</w:t>
      </w:r>
    </w:p>
    <w:p w14:paraId="7F224956" w14:textId="59FB7812" w:rsidR="005A1416" w:rsidRPr="00AB7E95" w:rsidRDefault="001C19FE">
      <w:pPr>
        <w:rPr>
          <w:lang w:val="ru-RU"/>
        </w:rPr>
      </w:pPr>
      <w:r w:rsidRPr="00AB7E95">
        <w:rPr>
          <w:b/>
          <w:lang w:val="ru-RU"/>
        </w:rPr>
        <w:t xml:space="preserve">5.6. </w:t>
      </w:r>
      <w:r w:rsidRPr="004B5712">
        <w:rPr>
          <w:lang w:val="ru-RU"/>
        </w:rPr>
        <w:t>Клиент вправе передать оставшиеся по абонементу занятия другому человеку без дополнительной платы. Для этого Клиент сообщает школе через Личный кабинет данные нового Ученика.</w:t>
      </w:r>
    </w:p>
    <w:p w14:paraId="6164557D" w14:textId="2DC92D5C" w:rsidR="005A1416" w:rsidRPr="00AB7E95" w:rsidRDefault="001C19FE">
      <w:pPr>
        <w:rPr>
          <w:lang w:val="ru-RU"/>
        </w:rPr>
      </w:pPr>
      <w:r w:rsidRPr="00AB7E95">
        <w:rPr>
          <w:b/>
          <w:lang w:val="ru-RU"/>
        </w:rPr>
        <w:t xml:space="preserve">5.7. </w:t>
      </w:r>
      <w:r w:rsidRPr="004B5712">
        <w:rPr>
          <w:lang w:val="ru-RU"/>
        </w:rPr>
        <w:t>После окончания 35-дневного срока действия абонемента право пользоваться условиями и стоимостью абонемента прекращается. Неиспользованные занятия не переносятся в новый абонемент. Неиспользованная стоимость учебной части сохраняется на лицевом счете Клиента.</w:t>
      </w:r>
    </w:p>
    <w:p w14:paraId="1342F67C" w14:textId="77777777" w:rsidR="005A1416" w:rsidRPr="00AB7E95" w:rsidRDefault="001C19FE">
      <w:pPr>
        <w:rPr>
          <w:lang w:val="ru-RU"/>
        </w:rPr>
      </w:pPr>
      <w:r w:rsidRPr="004B5712">
        <w:rPr>
          <w:b/>
          <w:lang w:val="ru-RU"/>
        </w:rPr>
        <w:t xml:space="preserve">5.8. </w:t>
      </w:r>
      <w:r w:rsidRPr="004B5712">
        <w:rPr>
          <w:lang w:val="ru-RU"/>
        </w:rPr>
        <w:t>Для расчета неиспользованной стоимости учебной части применяется расчетная стоимость: для абонемента «</w:t>
      </w:r>
      <w:r>
        <w:t>Start</w:t>
      </w:r>
      <w:r w:rsidRPr="004B5712">
        <w:rPr>
          <w:lang w:val="ru-RU"/>
        </w:rPr>
        <w:t xml:space="preserve"> — 4 урока» — 1 100 рублей за каждый неиспользованный урок; для абонемента «</w:t>
      </w:r>
      <w:r>
        <w:t>Standard</w:t>
      </w:r>
      <w:r w:rsidRPr="004B5712">
        <w:rPr>
          <w:lang w:val="ru-RU"/>
        </w:rPr>
        <w:t xml:space="preserve"> — 8 уроков» — 1 000 рублей за каждый неиспользованный урок. После окончания срока действия абонемента этот денежный остаток может быть использован только для </w:t>
      </w:r>
      <w:r w:rsidRPr="004B5712">
        <w:rPr>
          <w:lang w:val="ru-RU"/>
        </w:rPr>
        <w:lastRenderedPageBreak/>
        <w:t>оплаты разовых уроков по стоимости, действующей на дату записи. Стоимость разового урока на дату настоящей редакции Оферты составляет 1 700 рублей. Если остатка недостаточно, Клиент доплачивает разницу.</w:t>
      </w:r>
    </w:p>
    <w:p w14:paraId="0AF6C120" w14:textId="77777777" w:rsidR="005A1416" w:rsidRPr="00AB7E95" w:rsidRDefault="001C19FE">
      <w:pPr>
        <w:rPr>
          <w:lang w:val="ru-RU"/>
        </w:rPr>
      </w:pPr>
      <w:r w:rsidRPr="004B5712">
        <w:rPr>
          <w:b/>
          <w:lang w:val="ru-RU"/>
        </w:rPr>
        <w:t xml:space="preserve">5.9. </w:t>
      </w:r>
      <w:r w:rsidRPr="004B5712">
        <w:rPr>
          <w:lang w:val="ru-RU"/>
        </w:rPr>
        <w:t>Денежный остаток после окончания срока действия абонемента не продлевает прежний абонемент, не дает права на проведение уроков по абонементной стоимости и не переносится в новый абонемент в виде уроков. При отказе Клиента от договора и заявлении требования о возврате денежных средств применяется порядок, установленный разделом 10 настоящей Оферты.</w:t>
      </w:r>
    </w:p>
    <w:p w14:paraId="613086E2" w14:textId="77777777" w:rsidR="005A1416" w:rsidRPr="00AB7E95" w:rsidRDefault="001C19FE">
      <w:pPr>
        <w:pStyle w:val="1"/>
        <w:rPr>
          <w:lang w:val="ru-RU"/>
        </w:rPr>
      </w:pPr>
      <w:r w:rsidRPr="00AB7E95">
        <w:rPr>
          <w:lang w:val="ru-RU"/>
        </w:rPr>
        <w:t>6. Расписание и проведение занятий</w:t>
      </w:r>
    </w:p>
    <w:p w14:paraId="1DB36A37" w14:textId="77777777" w:rsidR="005A1416" w:rsidRPr="00AB7E95" w:rsidRDefault="001C19FE">
      <w:pPr>
        <w:rPr>
          <w:lang w:val="ru-RU"/>
        </w:rPr>
      </w:pPr>
      <w:r w:rsidRPr="00AB7E95">
        <w:rPr>
          <w:b/>
          <w:lang w:val="ru-RU"/>
        </w:rPr>
        <w:t xml:space="preserve">6.1. </w:t>
      </w:r>
      <w:r w:rsidRPr="00AB7E95">
        <w:rPr>
          <w:lang w:val="ru-RU"/>
        </w:rPr>
        <w:t>Расписание занятий согласовывается с Клиентом и фиксируется в Личном кабинете.</w:t>
      </w:r>
    </w:p>
    <w:p w14:paraId="06FE78DB" w14:textId="65FA0306" w:rsidR="005A1416" w:rsidRPr="00AB7E95" w:rsidRDefault="001C19FE">
      <w:pPr>
        <w:rPr>
          <w:lang w:val="ru-RU"/>
        </w:rPr>
      </w:pPr>
      <w:r w:rsidRPr="00AB7E95">
        <w:rPr>
          <w:b/>
          <w:lang w:val="ru-RU"/>
        </w:rPr>
        <w:t xml:space="preserve">6.2. </w:t>
      </w:r>
      <w:r w:rsidRPr="00AB7E95">
        <w:rPr>
          <w:lang w:val="ru-RU"/>
        </w:rPr>
        <w:t xml:space="preserve">Продолжительность одного занятия по абонементам </w:t>
      </w:r>
      <w:r>
        <w:t>Start</w:t>
      </w:r>
      <w:r w:rsidRPr="00AB7E95">
        <w:rPr>
          <w:lang w:val="ru-RU"/>
        </w:rPr>
        <w:t xml:space="preserve"> и </w:t>
      </w:r>
      <w:proofErr w:type="gramStart"/>
      <w:r>
        <w:t>Standar</w:t>
      </w:r>
      <w:r w:rsidR="0014769D">
        <w:t>d</w:t>
      </w:r>
      <w:r w:rsidR="0014769D" w:rsidRPr="0014769D">
        <w:rPr>
          <w:lang w:val="ru-RU"/>
        </w:rPr>
        <w:t xml:space="preserve"> </w:t>
      </w:r>
      <w:r w:rsidRPr="00AB7E95">
        <w:rPr>
          <w:lang w:val="ru-RU"/>
        </w:rPr>
        <w:t xml:space="preserve"> —</w:t>
      </w:r>
      <w:proofErr w:type="gramEnd"/>
      <w:r w:rsidRPr="00AB7E95">
        <w:rPr>
          <w:lang w:val="ru-RU"/>
        </w:rPr>
        <w:t xml:space="preserve"> 50 минут, если для конкретной услуги в прайсе не указано иное.</w:t>
      </w:r>
    </w:p>
    <w:p w14:paraId="6B6F17DD" w14:textId="77777777" w:rsidR="005A1416" w:rsidRPr="00AB7E95" w:rsidRDefault="001C19FE">
      <w:pPr>
        <w:rPr>
          <w:lang w:val="ru-RU"/>
        </w:rPr>
      </w:pPr>
      <w:r w:rsidRPr="00AB7E95">
        <w:rPr>
          <w:b/>
          <w:lang w:val="ru-RU"/>
        </w:rPr>
        <w:t xml:space="preserve">6.3. </w:t>
      </w:r>
      <w:r w:rsidRPr="00AB7E95">
        <w:rPr>
          <w:lang w:val="ru-RU"/>
        </w:rPr>
        <w:t>Занятие считается проведенным после окончания времени, установленного расписанием, если Исполнитель обеспечил возможность его проведения в согласованное время.</w:t>
      </w:r>
    </w:p>
    <w:p w14:paraId="1FF35CDE" w14:textId="55F97592" w:rsidR="005A1416" w:rsidRPr="00AB7E95" w:rsidRDefault="001C19FE">
      <w:pPr>
        <w:rPr>
          <w:lang w:val="ru-RU"/>
        </w:rPr>
      </w:pPr>
      <w:r w:rsidRPr="00AB7E95">
        <w:rPr>
          <w:b/>
          <w:lang w:val="ru-RU"/>
        </w:rPr>
        <w:t xml:space="preserve">6.4. </w:t>
      </w:r>
      <w:r w:rsidRPr="00AB7E95">
        <w:rPr>
          <w:lang w:val="ru-RU"/>
        </w:rPr>
        <w:t>Если преподаватель по своей вине или по вине Исполнителя начал занятие более чем на 1</w:t>
      </w:r>
      <w:r w:rsidR="00A91ADE" w:rsidRPr="00A91ADE">
        <w:rPr>
          <w:lang w:val="ru-RU"/>
        </w:rPr>
        <w:t>5</w:t>
      </w:r>
      <w:r w:rsidRPr="00AB7E95">
        <w:rPr>
          <w:lang w:val="ru-RU"/>
        </w:rPr>
        <w:t xml:space="preserve"> минут позже, такое занятие не списывается с абонемента.</w:t>
      </w:r>
    </w:p>
    <w:p w14:paraId="563E738F" w14:textId="77777777" w:rsidR="005A1416" w:rsidRPr="00AB7E95" w:rsidRDefault="001C19FE">
      <w:pPr>
        <w:rPr>
          <w:lang w:val="ru-RU"/>
        </w:rPr>
      </w:pPr>
      <w:r w:rsidRPr="00AB7E95">
        <w:rPr>
          <w:b/>
          <w:lang w:val="ru-RU"/>
        </w:rPr>
        <w:t xml:space="preserve">6.5. </w:t>
      </w:r>
      <w:r w:rsidRPr="00AB7E95">
        <w:rPr>
          <w:lang w:val="ru-RU"/>
        </w:rPr>
        <w:t>Опоздание Ученика не продлевает время занятия, если иное отдельно не согласовано со школой.</w:t>
      </w:r>
    </w:p>
    <w:p w14:paraId="34E416A8" w14:textId="77777777" w:rsidR="005A1416" w:rsidRPr="00AB7E95" w:rsidRDefault="001C19FE">
      <w:pPr>
        <w:pStyle w:val="1"/>
        <w:rPr>
          <w:lang w:val="ru-RU"/>
        </w:rPr>
      </w:pPr>
      <w:r w:rsidRPr="00AB7E95">
        <w:rPr>
          <w:lang w:val="ru-RU"/>
        </w:rPr>
        <w:t>7. Отмена и перенос занятий</w:t>
      </w:r>
    </w:p>
    <w:p w14:paraId="2D45FF7A" w14:textId="77777777" w:rsidR="005A1416" w:rsidRPr="00AB7E95" w:rsidRDefault="001C19FE">
      <w:pPr>
        <w:rPr>
          <w:lang w:val="ru-RU"/>
        </w:rPr>
      </w:pPr>
      <w:r w:rsidRPr="00AB7E95">
        <w:rPr>
          <w:b/>
          <w:lang w:val="ru-RU"/>
        </w:rPr>
        <w:t xml:space="preserve">7.1. </w:t>
      </w:r>
      <w:r w:rsidRPr="00AB7E95">
        <w:rPr>
          <w:lang w:val="ru-RU"/>
        </w:rPr>
        <w:t>Если Клиент хочет отменить или перенести занятие без списания, он должен сообщить об этом через Личный кабинет не позднее 20:00 дня, предшествующего занятию.</w:t>
      </w:r>
    </w:p>
    <w:p w14:paraId="7166B9FE" w14:textId="77777777" w:rsidR="005A1416" w:rsidRPr="00AB7E95" w:rsidRDefault="001C19FE">
      <w:pPr>
        <w:rPr>
          <w:lang w:val="ru-RU"/>
        </w:rPr>
      </w:pPr>
      <w:r w:rsidRPr="00AB7E95">
        <w:rPr>
          <w:b/>
          <w:lang w:val="ru-RU"/>
        </w:rPr>
        <w:t xml:space="preserve">7.2. </w:t>
      </w:r>
      <w:r w:rsidRPr="00AB7E95">
        <w:rPr>
          <w:lang w:val="ru-RU"/>
        </w:rPr>
        <w:t>Перенесенное занятие проводится в другое свободное время, согласованное со школой. Все переносы должны быть использованы до окончания текущего срока действия абонемента. Сам перенос срок абонемента не продлевает.</w:t>
      </w:r>
    </w:p>
    <w:p w14:paraId="0CFA3AD7" w14:textId="77777777" w:rsidR="005A1416" w:rsidRPr="00AB7E95" w:rsidRDefault="001C19FE">
      <w:pPr>
        <w:rPr>
          <w:lang w:val="ru-RU"/>
        </w:rPr>
      </w:pPr>
      <w:r w:rsidRPr="00AB7E95">
        <w:rPr>
          <w:b/>
          <w:lang w:val="ru-RU"/>
        </w:rPr>
        <w:t xml:space="preserve">7.3. </w:t>
      </w:r>
      <w:r w:rsidRPr="00AB7E95">
        <w:rPr>
          <w:lang w:val="ru-RU"/>
        </w:rPr>
        <w:t>Если сообщение поступило после 20:00 дня, предшествующего занятию, либо Ученик не пришел на занятие, занятие списывается с абонемента. Исключение составляют экстренные отмены, описанные ниже.</w:t>
      </w:r>
    </w:p>
    <w:p w14:paraId="76AFFD6E" w14:textId="5C4077F4" w:rsidR="005A1416" w:rsidRPr="00AB7E95" w:rsidRDefault="001C19FE">
      <w:pPr>
        <w:rPr>
          <w:lang w:val="ru-RU"/>
        </w:rPr>
      </w:pPr>
      <w:r w:rsidRPr="00AB7E95">
        <w:rPr>
          <w:b/>
          <w:lang w:val="ru-RU"/>
        </w:rPr>
        <w:t xml:space="preserve">7.4. </w:t>
      </w:r>
      <w:r w:rsidRPr="004B5712">
        <w:rPr>
          <w:lang w:val="ru-RU"/>
        </w:rPr>
        <w:t>Экстренной поздней отменой считается по причине внезапного заболевания или травмы Ученика, необходимости экстренной медицинской помощи, чрезвычайного происшествия в семье или по месту проживания, а также другого внезапного обстоятельства, которое объективно не позволяет посетить занятие и которое нельзя было разумно предвидеть заранее.</w:t>
      </w:r>
    </w:p>
    <w:p w14:paraId="589A4F0F" w14:textId="77777777" w:rsidR="005A1416" w:rsidRPr="00AB7E95" w:rsidRDefault="001C19FE">
      <w:pPr>
        <w:rPr>
          <w:lang w:val="ru-RU"/>
        </w:rPr>
      </w:pPr>
      <w:r w:rsidRPr="00AB7E95">
        <w:rPr>
          <w:b/>
          <w:lang w:val="ru-RU"/>
        </w:rPr>
        <w:t xml:space="preserve">7.5. </w:t>
      </w:r>
      <w:r w:rsidRPr="00AB7E95">
        <w:rPr>
          <w:lang w:val="ru-RU"/>
        </w:rPr>
        <w:t>При экстренной отмене Клиент сообщает школе через Личный кабинет до начала занятия и кратко указывает причину. Исполнитель вправе попросить разумное подтверждение обстоятельств. Если характер экстренной ситуации объективно не позволял написать до начала занятия, Клиент сообщает о ней через Личный кабинет при первой возможности и предоставляет подтверждение по запросу Исполнителя.</w:t>
      </w:r>
    </w:p>
    <w:p w14:paraId="32D7D415" w14:textId="13E4506C" w:rsidR="005A1416" w:rsidRPr="00AB7E95" w:rsidRDefault="001C19FE">
      <w:pPr>
        <w:rPr>
          <w:lang w:val="ru-RU"/>
        </w:rPr>
      </w:pPr>
      <w:r w:rsidRPr="00AB7E95">
        <w:rPr>
          <w:b/>
          <w:lang w:val="ru-RU"/>
        </w:rPr>
        <w:t xml:space="preserve">7.6. </w:t>
      </w:r>
      <w:r w:rsidRPr="00AB7E95">
        <w:rPr>
          <w:lang w:val="ru-RU"/>
        </w:rPr>
        <w:t>По одному абонементу допускается не более двух экстренных отмен без списания занятия — как для «</w:t>
      </w:r>
      <w:r>
        <w:t>Start</w:t>
      </w:r>
      <w:r w:rsidRPr="00AB7E95">
        <w:rPr>
          <w:lang w:val="ru-RU"/>
        </w:rPr>
        <w:t xml:space="preserve"> — 4 урока», так и для «</w:t>
      </w:r>
      <w:proofErr w:type="gramStart"/>
      <w:r>
        <w:t>Standar</w:t>
      </w:r>
      <w:r w:rsidR="00A91ADE">
        <w:t>d</w:t>
      </w:r>
      <w:r w:rsidR="00A91ADE" w:rsidRPr="00A91ADE">
        <w:rPr>
          <w:lang w:val="ru-RU"/>
        </w:rPr>
        <w:t xml:space="preserve"> </w:t>
      </w:r>
      <w:r w:rsidRPr="00AB7E95">
        <w:rPr>
          <w:lang w:val="ru-RU"/>
        </w:rPr>
        <w:t xml:space="preserve"> —</w:t>
      </w:r>
      <w:proofErr w:type="gramEnd"/>
      <w:r w:rsidRPr="00AB7E95">
        <w:rPr>
          <w:lang w:val="ru-RU"/>
        </w:rPr>
        <w:t xml:space="preserve"> 8 уроков». Эти отмены не переносятся на следующий абонемент.</w:t>
      </w:r>
    </w:p>
    <w:p w14:paraId="1CEFF71B" w14:textId="77777777" w:rsidR="005A1416" w:rsidRPr="00AB7E95" w:rsidRDefault="001C19FE">
      <w:pPr>
        <w:rPr>
          <w:lang w:val="ru-RU"/>
        </w:rPr>
      </w:pPr>
      <w:r w:rsidRPr="00AB7E95">
        <w:rPr>
          <w:b/>
          <w:lang w:val="ru-RU"/>
        </w:rPr>
        <w:t xml:space="preserve">7.7. </w:t>
      </w:r>
      <w:r w:rsidRPr="00AB7E95">
        <w:rPr>
          <w:lang w:val="ru-RU"/>
        </w:rPr>
        <w:t>Изменение личных планов, забытое занятие, опоздание, несвоевременный выезд, обычные транспортные затруднения или нежелание посещать занятие не относятся к экстренным причинам.</w:t>
      </w:r>
    </w:p>
    <w:p w14:paraId="3CE7999B" w14:textId="77777777" w:rsidR="005A1416" w:rsidRPr="00AB7E95" w:rsidRDefault="001C19FE">
      <w:pPr>
        <w:rPr>
          <w:lang w:val="ru-RU"/>
        </w:rPr>
      </w:pPr>
      <w:r w:rsidRPr="00AB7E95">
        <w:rPr>
          <w:b/>
          <w:lang w:val="ru-RU"/>
        </w:rPr>
        <w:t xml:space="preserve">7.8. </w:t>
      </w:r>
      <w:r w:rsidRPr="00AB7E95">
        <w:rPr>
          <w:lang w:val="ru-RU"/>
        </w:rPr>
        <w:t>Третья и каждая последующая поздняя отмена в течение одного абонемента приводит к списанию соответствующего занятия.</w:t>
      </w:r>
    </w:p>
    <w:p w14:paraId="1BFC9E23" w14:textId="77777777" w:rsidR="005A1416" w:rsidRPr="00AB7E95" w:rsidRDefault="001C19FE">
      <w:pPr>
        <w:pStyle w:val="1"/>
        <w:rPr>
          <w:lang w:val="ru-RU"/>
        </w:rPr>
      </w:pPr>
      <w:r w:rsidRPr="00AB7E95">
        <w:rPr>
          <w:lang w:val="ru-RU"/>
        </w:rPr>
        <w:t>8. Если преподаватель временно отсутствует</w:t>
      </w:r>
    </w:p>
    <w:p w14:paraId="454B5B7D" w14:textId="77777777" w:rsidR="005A1416" w:rsidRPr="00AB7E95" w:rsidRDefault="001C19FE">
      <w:pPr>
        <w:rPr>
          <w:lang w:val="ru-RU"/>
        </w:rPr>
      </w:pPr>
      <w:r w:rsidRPr="00AB7E95">
        <w:rPr>
          <w:b/>
          <w:lang w:val="ru-RU"/>
        </w:rPr>
        <w:t xml:space="preserve">8.1. </w:t>
      </w:r>
      <w:r w:rsidRPr="00AB7E95">
        <w:rPr>
          <w:lang w:val="ru-RU"/>
        </w:rPr>
        <w:t>Если преподаватель заболел, ушел в отпуск, уехал на сессию или временно не может проводить занятия по другой причине, Исполнитель вправе предоставить Ученику другого преподавателя соответствующего направления.</w:t>
      </w:r>
    </w:p>
    <w:p w14:paraId="77019BC7" w14:textId="77777777" w:rsidR="005A1416" w:rsidRPr="00AB7E95" w:rsidRDefault="001C19FE">
      <w:pPr>
        <w:rPr>
          <w:lang w:val="ru-RU"/>
        </w:rPr>
      </w:pPr>
      <w:r w:rsidRPr="00AB7E95">
        <w:rPr>
          <w:b/>
          <w:lang w:val="ru-RU"/>
        </w:rPr>
        <w:lastRenderedPageBreak/>
        <w:t xml:space="preserve">8.2. </w:t>
      </w:r>
      <w:r w:rsidRPr="00AB7E95">
        <w:rPr>
          <w:lang w:val="ru-RU"/>
        </w:rPr>
        <w:t>Если замена не предоставлена и занятия из-за отсутствия преподавателя не проводятся, срок действия абонемента продлевается на такое же количество календарных дней, сколько длилось отсутствие преподавателя.</w:t>
      </w:r>
    </w:p>
    <w:p w14:paraId="13C22B8A" w14:textId="77777777" w:rsidR="005A1416" w:rsidRPr="00AB7E95" w:rsidRDefault="001C19FE">
      <w:pPr>
        <w:rPr>
          <w:lang w:val="ru-RU"/>
        </w:rPr>
      </w:pPr>
      <w:r w:rsidRPr="00AB7E95">
        <w:rPr>
          <w:b/>
          <w:lang w:val="ru-RU"/>
        </w:rPr>
        <w:t xml:space="preserve">8.3. </w:t>
      </w:r>
      <w:r w:rsidRPr="00AB7E95">
        <w:rPr>
          <w:lang w:val="ru-RU"/>
        </w:rPr>
        <w:t>Если Исполнитель предложил подходящего преподавателя на замену, а Клиент отказался от замены, срок абонемента на период отсутствия первоначального преподавателя автоматически не продлевается.</w:t>
      </w:r>
    </w:p>
    <w:p w14:paraId="1B0D058E" w14:textId="77777777" w:rsidR="005A1416" w:rsidRPr="00AB7E95" w:rsidRDefault="001C19FE">
      <w:pPr>
        <w:rPr>
          <w:lang w:val="ru-RU"/>
        </w:rPr>
      </w:pPr>
      <w:r w:rsidRPr="00AB7E95">
        <w:rPr>
          <w:b/>
          <w:lang w:val="ru-RU"/>
        </w:rPr>
        <w:t xml:space="preserve">8.4. </w:t>
      </w:r>
      <w:r w:rsidRPr="00AB7E95">
        <w:rPr>
          <w:lang w:val="ru-RU"/>
        </w:rPr>
        <w:t>Если отдельное занятие отменено Исполнителем и не состоялось, оно не списывается. Новая дата согласовывается через Личный кабинет.</w:t>
      </w:r>
    </w:p>
    <w:p w14:paraId="5D9AE9CF" w14:textId="77777777" w:rsidR="005A1416" w:rsidRPr="00AB7E95" w:rsidRDefault="001C19FE">
      <w:pPr>
        <w:pStyle w:val="1"/>
        <w:rPr>
          <w:lang w:val="ru-RU"/>
        </w:rPr>
      </w:pPr>
      <w:r w:rsidRPr="00AB7E95">
        <w:rPr>
          <w:lang w:val="ru-RU"/>
        </w:rPr>
        <w:t>9. Заморозка абонемента</w:t>
      </w:r>
    </w:p>
    <w:p w14:paraId="1B088025" w14:textId="77777777" w:rsidR="005A1416" w:rsidRPr="00AB7E95" w:rsidRDefault="001C19FE">
      <w:pPr>
        <w:rPr>
          <w:lang w:val="ru-RU"/>
        </w:rPr>
      </w:pPr>
      <w:r w:rsidRPr="00AB7E95">
        <w:rPr>
          <w:b/>
          <w:lang w:val="ru-RU"/>
        </w:rPr>
        <w:t xml:space="preserve">9.1. </w:t>
      </w:r>
      <w:r w:rsidRPr="00AB7E95">
        <w:rPr>
          <w:lang w:val="ru-RU"/>
        </w:rPr>
        <w:t>Каждый абонемент можно заморозить один раз на срок до 30 календарных дней.</w:t>
      </w:r>
    </w:p>
    <w:p w14:paraId="3028CC08" w14:textId="77777777" w:rsidR="005A1416" w:rsidRPr="00AB7E95" w:rsidRDefault="001C19FE">
      <w:pPr>
        <w:rPr>
          <w:lang w:val="ru-RU"/>
        </w:rPr>
      </w:pPr>
      <w:r w:rsidRPr="00AB7E95">
        <w:rPr>
          <w:b/>
          <w:lang w:val="ru-RU"/>
        </w:rPr>
        <w:t xml:space="preserve">9.2. </w:t>
      </w:r>
      <w:r w:rsidRPr="00AB7E95">
        <w:rPr>
          <w:lang w:val="ru-RU"/>
        </w:rPr>
        <w:t>На период согласованной заморозки срок действия абонемента продлевается на соответствующее количество календарных дней.</w:t>
      </w:r>
    </w:p>
    <w:p w14:paraId="2828186A" w14:textId="338CE97B" w:rsidR="005A1416" w:rsidRPr="00AB7E95" w:rsidRDefault="001C19FE">
      <w:pPr>
        <w:rPr>
          <w:lang w:val="ru-RU"/>
        </w:rPr>
      </w:pPr>
      <w:r w:rsidRPr="00AB7E95">
        <w:rPr>
          <w:b/>
          <w:lang w:val="ru-RU"/>
        </w:rPr>
        <w:t xml:space="preserve">9.3. </w:t>
      </w:r>
      <w:r w:rsidRPr="00AB7E95">
        <w:rPr>
          <w:lang w:val="ru-RU"/>
        </w:rPr>
        <w:t xml:space="preserve">Стоимость оформления заморозки — </w:t>
      </w:r>
      <w:r w:rsidR="004363CD" w:rsidRPr="004B5712">
        <w:rPr>
          <w:lang w:val="ru-RU"/>
        </w:rPr>
        <w:t>8</w:t>
      </w:r>
      <w:r w:rsidRPr="00AB7E95">
        <w:rPr>
          <w:lang w:val="ru-RU"/>
        </w:rPr>
        <w:t>00 рублей.</w:t>
      </w:r>
    </w:p>
    <w:p w14:paraId="253D5541" w14:textId="77777777" w:rsidR="005A1416" w:rsidRPr="00AB7E95" w:rsidRDefault="001C19FE">
      <w:pPr>
        <w:rPr>
          <w:lang w:val="ru-RU"/>
        </w:rPr>
      </w:pPr>
      <w:r w:rsidRPr="00AB7E95">
        <w:rPr>
          <w:b/>
          <w:lang w:val="ru-RU"/>
        </w:rPr>
        <w:t xml:space="preserve">9.4. </w:t>
      </w:r>
      <w:r w:rsidRPr="00AB7E95">
        <w:rPr>
          <w:lang w:val="ru-RU"/>
        </w:rPr>
        <w:t>Заявление на заморозку направляется через Личный кабинет. Заморозка начинает действовать после подтверждения Исполнителем и оплаты ее стоимости.</w:t>
      </w:r>
    </w:p>
    <w:p w14:paraId="3CFC61AD" w14:textId="77777777" w:rsidR="005A1416" w:rsidRPr="00AB7E95" w:rsidRDefault="001C19FE">
      <w:pPr>
        <w:rPr>
          <w:lang w:val="ru-RU"/>
        </w:rPr>
      </w:pPr>
      <w:r w:rsidRPr="00AB7E95">
        <w:rPr>
          <w:b/>
          <w:lang w:val="ru-RU"/>
        </w:rPr>
        <w:t xml:space="preserve">9.5. </w:t>
      </w:r>
      <w:r w:rsidRPr="00AB7E95">
        <w:rPr>
          <w:lang w:val="ru-RU"/>
        </w:rPr>
        <w:t>Заморозка не оформляется задним числом и не восстанавливает ранее проведенные, списанные или пропущенные занятия.</w:t>
      </w:r>
    </w:p>
    <w:p w14:paraId="393BF321" w14:textId="77777777" w:rsidR="005A1416" w:rsidRPr="00AB7E95" w:rsidRDefault="001C19FE">
      <w:pPr>
        <w:pStyle w:val="1"/>
        <w:rPr>
          <w:lang w:val="ru-RU"/>
        </w:rPr>
      </w:pPr>
      <w:r w:rsidRPr="00AB7E95">
        <w:rPr>
          <w:lang w:val="ru-RU"/>
        </w:rPr>
        <w:t>10. Отказ от договора и возврат денежных средств</w:t>
      </w:r>
    </w:p>
    <w:p w14:paraId="4BEB0531" w14:textId="77777777" w:rsidR="005A1416" w:rsidRPr="00AB7E95" w:rsidRDefault="001C19FE">
      <w:pPr>
        <w:rPr>
          <w:lang w:val="ru-RU"/>
        </w:rPr>
      </w:pPr>
      <w:r w:rsidRPr="00AB7E95">
        <w:rPr>
          <w:b/>
          <w:lang w:val="ru-RU"/>
        </w:rPr>
        <w:t xml:space="preserve">10.1. </w:t>
      </w:r>
      <w:r w:rsidRPr="004B5712">
        <w:rPr>
          <w:lang w:val="ru-RU"/>
        </w:rPr>
        <w:t>Клиент вправе отказаться от дальнейшего получения услуг в порядке, предусмотренном законодательством Российской Федерации.</w:t>
      </w:r>
    </w:p>
    <w:p w14:paraId="1232F83A" w14:textId="77777777" w:rsidR="005A1416" w:rsidRPr="00AB7E95" w:rsidRDefault="001C19FE">
      <w:pPr>
        <w:rPr>
          <w:lang w:val="ru-RU"/>
        </w:rPr>
      </w:pPr>
      <w:r w:rsidRPr="00AB7E95">
        <w:rPr>
          <w:b/>
          <w:lang w:val="ru-RU"/>
        </w:rPr>
        <w:t xml:space="preserve">10.2. </w:t>
      </w:r>
      <w:r w:rsidRPr="004B5712">
        <w:rPr>
          <w:lang w:val="ru-RU"/>
        </w:rPr>
        <w:t>Если Клиент отказывается от абонемента до проведения первого урока, стоимость организационного сопровождения не учитывается. При отсутствии иных фактически оказанных услуг и подтвержденных расходов Исполнителя оплаченная стоимость абонемента подлежит возврату в полном объеме.</w:t>
      </w:r>
    </w:p>
    <w:p w14:paraId="4869913A" w14:textId="77777777" w:rsidR="005A1416" w:rsidRPr="00AB7E95" w:rsidRDefault="001C19FE">
      <w:pPr>
        <w:rPr>
          <w:lang w:val="ru-RU"/>
        </w:rPr>
      </w:pPr>
      <w:r w:rsidRPr="00AB7E95">
        <w:rPr>
          <w:b/>
          <w:lang w:val="ru-RU"/>
        </w:rPr>
        <w:t xml:space="preserve">10.3. </w:t>
      </w:r>
      <w:r w:rsidRPr="004B5712">
        <w:rPr>
          <w:lang w:val="ru-RU"/>
        </w:rPr>
        <w:t>После проведения первого урока организационное сопровождение Ученика считается фактически оказанным. При расчете суммы возврата учитываются: стоимость организационного сопровождения — 1 600 рублей; стоимость фактически проведенных уроков — 1 100 рублей за один урок по абонементу «</w:t>
      </w:r>
      <w:r>
        <w:t>Start</w:t>
      </w:r>
      <w:r w:rsidRPr="004B5712">
        <w:rPr>
          <w:lang w:val="ru-RU"/>
        </w:rPr>
        <w:t xml:space="preserve"> — 4 урока» и 1 000 рублей за один урок по абонементу «</w:t>
      </w:r>
      <w:r>
        <w:t>Standard</w:t>
      </w:r>
      <w:r w:rsidRPr="004B5712">
        <w:rPr>
          <w:lang w:val="ru-RU"/>
        </w:rPr>
        <w:t xml:space="preserve"> — 8 уроков»; а также иные фактически понесенные Исполнителем расходы, непосредственно связанные с исполнением договора конкретного Клиента, если такие расходы имеются и подлежат учету по закону.</w:t>
      </w:r>
    </w:p>
    <w:p w14:paraId="14F534D7" w14:textId="56A79EBD" w:rsidR="005A1416" w:rsidRPr="004363CD" w:rsidRDefault="001C19FE">
      <w:pPr>
        <w:rPr>
          <w:lang w:val="ru-RU"/>
        </w:rPr>
      </w:pPr>
      <w:r w:rsidRPr="00AB7E95">
        <w:rPr>
          <w:b/>
          <w:lang w:val="ru-RU"/>
        </w:rPr>
        <w:t xml:space="preserve">10.4. </w:t>
      </w:r>
      <w:r w:rsidRPr="004B5712">
        <w:rPr>
          <w:lang w:val="ru-RU"/>
        </w:rPr>
        <w:t>Сумма возврата рассчитывается как разница между оплаченной стоимостью абонемента и стоимостью фактически оказанных услуг и подлежащих учету фактически понесенных расходов.</w:t>
      </w:r>
    </w:p>
    <w:p w14:paraId="375BA671" w14:textId="77777777" w:rsidR="005A1416" w:rsidRPr="004363CD" w:rsidRDefault="001C19FE">
      <w:pPr>
        <w:rPr>
          <w:lang w:val="ru-RU"/>
        </w:rPr>
      </w:pPr>
      <w:r w:rsidRPr="004B5712">
        <w:rPr>
          <w:b/>
          <w:lang w:val="ru-RU"/>
        </w:rPr>
        <w:t xml:space="preserve">10.5. </w:t>
      </w:r>
      <w:r w:rsidRPr="004B5712">
        <w:rPr>
          <w:lang w:val="ru-RU"/>
        </w:rPr>
        <w:t>Для возврата Клиент направляет заявление через Личный кабинет и указывает банковские реквизиты для перечисления денежных средств.</w:t>
      </w:r>
    </w:p>
    <w:p w14:paraId="520D1145" w14:textId="77777777" w:rsidR="005A1416" w:rsidRPr="004363CD" w:rsidRDefault="001C19FE">
      <w:pPr>
        <w:rPr>
          <w:lang w:val="ru-RU"/>
        </w:rPr>
      </w:pPr>
      <w:r w:rsidRPr="004B5712">
        <w:rPr>
          <w:b/>
          <w:lang w:val="ru-RU"/>
        </w:rPr>
        <w:t xml:space="preserve">10.6. </w:t>
      </w:r>
      <w:r w:rsidRPr="004B5712">
        <w:rPr>
          <w:lang w:val="ru-RU"/>
        </w:rPr>
        <w:t>Возврат осуществляется на реквизиты, указанные Клиентом в заявлении, не позднее 14 календарных дней с даты получения заявления.</w:t>
      </w:r>
    </w:p>
    <w:p w14:paraId="1DF8DC9F" w14:textId="77777777" w:rsidR="005A1416" w:rsidRPr="00AB7E95" w:rsidRDefault="001C19FE">
      <w:pPr>
        <w:pStyle w:val="1"/>
        <w:rPr>
          <w:lang w:val="ru-RU"/>
        </w:rPr>
      </w:pPr>
      <w:r w:rsidRPr="00AB7E95">
        <w:rPr>
          <w:lang w:val="ru-RU"/>
        </w:rPr>
        <w:t>11. Права и обязанности сторон</w:t>
      </w:r>
    </w:p>
    <w:p w14:paraId="6F34824C" w14:textId="77777777" w:rsidR="005A1416" w:rsidRPr="00AB7E95" w:rsidRDefault="001C19FE">
      <w:pPr>
        <w:rPr>
          <w:lang w:val="ru-RU"/>
        </w:rPr>
      </w:pPr>
      <w:r w:rsidRPr="00AB7E95">
        <w:rPr>
          <w:b/>
          <w:lang w:val="ru-RU"/>
        </w:rPr>
        <w:t xml:space="preserve">11.1. </w:t>
      </w:r>
      <w:r w:rsidRPr="00AB7E95">
        <w:rPr>
          <w:lang w:val="ru-RU"/>
        </w:rPr>
        <w:t xml:space="preserve">Исполнитель обязан организовать оказание оплаченных услуг, вести учет в </w:t>
      </w:r>
      <w:r>
        <w:t>CRM</w:t>
      </w:r>
      <w:r w:rsidRPr="00AB7E95">
        <w:rPr>
          <w:lang w:val="ru-RU"/>
        </w:rPr>
        <w:t>-системе и рассматривать обращения Клиента.</w:t>
      </w:r>
    </w:p>
    <w:p w14:paraId="4C7782D6" w14:textId="77777777" w:rsidR="005A1416" w:rsidRPr="00AB7E95" w:rsidRDefault="001C19FE">
      <w:pPr>
        <w:rPr>
          <w:lang w:val="ru-RU"/>
        </w:rPr>
      </w:pPr>
      <w:r w:rsidRPr="00AB7E95">
        <w:rPr>
          <w:b/>
          <w:lang w:val="ru-RU"/>
        </w:rPr>
        <w:t xml:space="preserve">11.2. </w:t>
      </w:r>
      <w:r w:rsidRPr="00AB7E95">
        <w:rPr>
          <w:lang w:val="ru-RU"/>
        </w:rPr>
        <w:t>Если Клиент недоволен работой преподавателя, он сообщает об этом через Личный кабинет. Исполнитель рассматривает обращение и при необходимости предлагает замену преподавателя.</w:t>
      </w:r>
    </w:p>
    <w:p w14:paraId="1FE334DE" w14:textId="77777777" w:rsidR="005A1416" w:rsidRPr="00AB7E95" w:rsidRDefault="001C19FE">
      <w:pPr>
        <w:rPr>
          <w:lang w:val="ru-RU"/>
        </w:rPr>
      </w:pPr>
      <w:r w:rsidRPr="00AB7E95">
        <w:rPr>
          <w:b/>
          <w:lang w:val="ru-RU"/>
        </w:rPr>
        <w:t xml:space="preserve">11.3. </w:t>
      </w:r>
      <w:r w:rsidRPr="00AB7E95">
        <w:rPr>
          <w:lang w:val="ru-RU"/>
        </w:rPr>
        <w:t>Клиент обязан своевременно оплачивать услуги, контролировать расписание и информацию в Личном кабинете, а также соблюдать правила отмены и переноса занятий.</w:t>
      </w:r>
    </w:p>
    <w:p w14:paraId="2C38056D" w14:textId="7BC90E4F" w:rsidR="005E7DB8" w:rsidRPr="005E7DB8" w:rsidRDefault="001C19FE" w:rsidP="005E7DB8">
      <w:pPr>
        <w:spacing w:after="0" w:line="240" w:lineRule="auto"/>
        <w:rPr>
          <w:rFonts w:ascii="Times New Roman" w:eastAsia="Times New Roman" w:hAnsi="Times New Roman" w:cs="Times New Roman"/>
          <w:sz w:val="24"/>
          <w:szCs w:val="24"/>
          <w:lang w:val="ru-TR" w:eastAsia="ru-RU"/>
        </w:rPr>
      </w:pPr>
      <w:r w:rsidRPr="00AB7E95">
        <w:rPr>
          <w:b/>
          <w:lang w:val="ru-RU"/>
        </w:rPr>
        <w:lastRenderedPageBreak/>
        <w:t xml:space="preserve">11.4. </w:t>
      </w:r>
      <w:r w:rsidRPr="004B5712">
        <w:rPr>
          <w:lang w:val="ru-RU"/>
        </w:rPr>
        <w:t>Исполнитель несет ответственность перед Клиентом за организацию оказания услуг независимо от того, что для проведения занятий привлекаются преподаватели.</w:t>
      </w:r>
    </w:p>
    <w:p w14:paraId="5A5C6433" w14:textId="77777777" w:rsidR="005E7DB8" w:rsidRPr="005E7DB8" w:rsidRDefault="001C19FE" w:rsidP="005E7DB8">
      <w:pPr>
        <w:spacing w:after="0" w:line="240" w:lineRule="auto"/>
        <w:rPr>
          <w:rFonts w:ascii="Times New Roman" w:eastAsia="Times New Roman" w:hAnsi="Times New Roman" w:cs="Times New Roman"/>
          <w:sz w:val="24"/>
          <w:szCs w:val="24"/>
          <w:lang w:val="ru-TR" w:eastAsia="ru-RU"/>
        </w:rPr>
      </w:pPr>
      <w:r w:rsidRPr="004B5712">
        <w:rPr>
          <w:b/>
          <w:lang w:val="ru-RU"/>
        </w:rPr>
        <w:t xml:space="preserve">11.5. </w:t>
      </w:r>
      <w:r w:rsidRPr="004B5712">
        <w:rPr>
          <w:lang w:val="ru-RU"/>
        </w:rPr>
        <w:t xml:space="preserve">Клиент не вправе договариваться с преподавателями </w:t>
      </w:r>
      <w:r>
        <w:t>Music</w:t>
      </w:r>
      <w:r w:rsidRPr="004B5712">
        <w:rPr>
          <w:lang w:val="ru-RU"/>
        </w:rPr>
        <w:t xml:space="preserve"> </w:t>
      </w:r>
      <w:r>
        <w:t>Family</w:t>
      </w:r>
      <w:r w:rsidRPr="004B5712">
        <w:rPr>
          <w:lang w:val="ru-RU"/>
        </w:rPr>
        <w:t xml:space="preserve"> о проведении платных занятий напрямую, в обход школы. Попытка организации таких занятий считается существенным нарушением правил школы и может стать основанием для прекращения дальнейшего обслуживания Клиента. Расчёты при прекращении договора производятся в соответствии с настоящей Офертой и законодательством РФ.</w:t>
      </w:r>
    </w:p>
    <w:p w14:paraId="257CD417" w14:textId="77777777" w:rsidR="005E7DB8" w:rsidRPr="005E7DB8" w:rsidRDefault="001C19FE" w:rsidP="005E7DB8">
      <w:pPr>
        <w:spacing w:after="0" w:line="240" w:lineRule="auto"/>
        <w:rPr>
          <w:rFonts w:ascii="Times New Roman" w:eastAsia="Times New Roman" w:hAnsi="Times New Roman" w:cs="Times New Roman"/>
          <w:sz w:val="24"/>
          <w:szCs w:val="24"/>
          <w:lang w:val="ru-TR" w:eastAsia="ru-RU"/>
        </w:rPr>
      </w:pPr>
      <w:r w:rsidRPr="004B5712">
        <w:rPr>
          <w:b/>
          <w:lang w:val="ru-RU"/>
        </w:rPr>
        <w:t xml:space="preserve">11.6. </w:t>
      </w:r>
      <w:r w:rsidRPr="004B5712">
        <w:rPr>
          <w:lang w:val="ru-RU"/>
        </w:rPr>
        <w:t>Клиент и Ученик обязаны соблюдать общепринятые нормы поведения и не препятствовать работе школы. Агрессивное поведение, угрозы, оскорбления, нецензурная брань, нахождение в состоянии алкогольного или иного опьянения, а также действия, создающие угрозу преподавателям, сотрудникам или другим посетителям, могут стать основанием для прекращения дальнейшего обслуживания Клиента. Расчеты при прекращении договора производятся в соответствии с разделом 10 настоящей Оферты и законодательством Российской Федерации.</w:t>
      </w:r>
    </w:p>
    <w:p w14:paraId="40E14ED9" w14:textId="77777777" w:rsidR="005E7DB8" w:rsidRPr="005E7DB8" w:rsidRDefault="001C19FE" w:rsidP="005E7DB8">
      <w:pPr>
        <w:spacing w:after="0" w:line="240" w:lineRule="auto"/>
        <w:rPr>
          <w:rFonts w:ascii="Times New Roman" w:eastAsia="Times New Roman" w:hAnsi="Times New Roman" w:cs="Times New Roman"/>
          <w:sz w:val="24"/>
          <w:szCs w:val="24"/>
          <w:lang w:val="ru-TR" w:eastAsia="ru-RU"/>
        </w:rPr>
      </w:pPr>
      <w:r w:rsidRPr="004B5712">
        <w:rPr>
          <w:b/>
          <w:lang w:val="ru-RU"/>
        </w:rPr>
        <w:t xml:space="preserve">11.7. </w:t>
      </w:r>
      <w:r w:rsidRPr="004B5712">
        <w:rPr>
          <w:lang w:val="ru-RU"/>
        </w:rPr>
        <w:t>Если Учеником является лицо, отличное от Клиента, Клиент обязан ознакомить Ученика с правилами школы и обеспечить соблюдение им условий настоящей Оферты в части, относящейся к посещению занятий, отменам и переносам, использованию помещений школы и поведению во время занятий.</w:t>
      </w:r>
    </w:p>
    <w:p w14:paraId="1E9AA22B" w14:textId="77777777" w:rsidR="005E7DB8" w:rsidRPr="005E7DB8" w:rsidRDefault="001C19FE" w:rsidP="005E7DB8">
      <w:pPr>
        <w:spacing w:after="0" w:line="240" w:lineRule="auto"/>
        <w:rPr>
          <w:rFonts w:ascii="Times New Roman" w:eastAsia="Times New Roman" w:hAnsi="Times New Roman" w:cs="Times New Roman"/>
          <w:sz w:val="24"/>
          <w:szCs w:val="24"/>
          <w:lang w:val="ru-TR" w:eastAsia="ru-RU"/>
        </w:rPr>
      </w:pPr>
      <w:r w:rsidRPr="004B5712">
        <w:rPr>
          <w:b/>
          <w:lang w:val="ru-RU"/>
        </w:rPr>
        <w:t xml:space="preserve">11.8. </w:t>
      </w:r>
      <w:r w:rsidRPr="004B5712">
        <w:rPr>
          <w:lang w:val="ru-RU"/>
        </w:rPr>
        <w:t>Если проведение занятий временно невозможно по обстоятельствам, не зависящим от Исполнителя и которые нельзя было разумно предотвратить, Исполнитель уведомляет Клиента через Личный кабинет. Не состоявшиеся по такой причине занятия не списываются. По возможности они переносятся на другое время, а если перенос в пределах текущего срока абонемента невозможен, срок действия абонемента продлевается на период, необходимый для проведения таких занятий.</w:t>
      </w:r>
    </w:p>
    <w:p w14:paraId="6533718E" w14:textId="77777777" w:rsidR="005A1416" w:rsidRPr="00AB7E95" w:rsidRDefault="001C19FE">
      <w:pPr>
        <w:pStyle w:val="1"/>
        <w:rPr>
          <w:lang w:val="ru-RU"/>
        </w:rPr>
      </w:pPr>
      <w:r w:rsidRPr="00AB7E95">
        <w:rPr>
          <w:lang w:val="ru-RU"/>
        </w:rPr>
        <w:t>12. Учет исполнения договора</w:t>
      </w:r>
    </w:p>
    <w:p w14:paraId="019848E1" w14:textId="77777777" w:rsidR="005A1416" w:rsidRPr="00AB7E95" w:rsidRDefault="001C19FE">
      <w:pPr>
        <w:rPr>
          <w:lang w:val="ru-RU"/>
        </w:rPr>
      </w:pPr>
      <w:r w:rsidRPr="00AB7E95">
        <w:rPr>
          <w:b/>
          <w:lang w:val="ru-RU"/>
        </w:rPr>
        <w:t xml:space="preserve">12.1. </w:t>
      </w:r>
      <w:r w:rsidRPr="00AB7E95">
        <w:rPr>
          <w:lang w:val="ru-RU"/>
        </w:rPr>
        <w:t xml:space="preserve">В </w:t>
      </w:r>
      <w:r>
        <w:t>CRM</w:t>
      </w:r>
      <w:r w:rsidRPr="00AB7E95">
        <w:rPr>
          <w:lang w:val="ru-RU"/>
        </w:rPr>
        <w:t>-системе могут фиксироваться: редакция оферты, оплаты, выбранный абонемент, срок его действия, расписание, проведенные и оставшиеся занятия, преподаватель, отмены, переносы, заморозки, обращения и переписка.</w:t>
      </w:r>
    </w:p>
    <w:p w14:paraId="4A308F9E" w14:textId="77777777" w:rsidR="005A1416" w:rsidRPr="00AB7E95" w:rsidRDefault="001C19FE">
      <w:pPr>
        <w:rPr>
          <w:lang w:val="ru-RU"/>
        </w:rPr>
      </w:pPr>
      <w:r w:rsidRPr="00AB7E95">
        <w:rPr>
          <w:b/>
          <w:lang w:val="ru-RU"/>
        </w:rPr>
        <w:t xml:space="preserve">12.2. </w:t>
      </w:r>
      <w:r w:rsidRPr="00AB7E95">
        <w:rPr>
          <w:lang w:val="ru-RU"/>
        </w:rPr>
        <w:t xml:space="preserve">Данные </w:t>
      </w:r>
      <w:r>
        <w:t>CRM</w:t>
      </w:r>
      <w:r w:rsidRPr="00AB7E95">
        <w:rPr>
          <w:lang w:val="ru-RU"/>
        </w:rPr>
        <w:t>-системы используются сторонами для учета исполнения договора и при разрешении разногласий наряду с иными допустимыми доказательствами.</w:t>
      </w:r>
    </w:p>
    <w:p w14:paraId="44027CDC" w14:textId="77777777" w:rsidR="005A1416" w:rsidRPr="00AB7E95" w:rsidRDefault="001C19FE">
      <w:pPr>
        <w:rPr>
          <w:lang w:val="ru-RU"/>
        </w:rPr>
      </w:pPr>
      <w:r w:rsidRPr="00AB7E95">
        <w:rPr>
          <w:b/>
          <w:lang w:val="ru-RU"/>
        </w:rPr>
        <w:t xml:space="preserve">12.3. </w:t>
      </w:r>
      <w:r w:rsidRPr="00AB7E95">
        <w:rPr>
          <w:lang w:val="ru-RU"/>
        </w:rPr>
        <w:t>Персональные данные обрабатываются Исполнителем в соответствии с законодательством Российской Федерации и документами Исполнителя о персональных данных.</w:t>
      </w:r>
    </w:p>
    <w:p w14:paraId="2E7CEEC5" w14:textId="77777777" w:rsidR="005A1416" w:rsidRPr="00AB7E95" w:rsidRDefault="001C19FE">
      <w:pPr>
        <w:pStyle w:val="1"/>
        <w:rPr>
          <w:lang w:val="ru-RU"/>
        </w:rPr>
      </w:pPr>
      <w:r w:rsidRPr="00AB7E95">
        <w:rPr>
          <w:lang w:val="ru-RU"/>
        </w:rPr>
        <w:t>13. Разрешение разногласий</w:t>
      </w:r>
    </w:p>
    <w:p w14:paraId="09E0D629" w14:textId="77777777" w:rsidR="005A1416" w:rsidRPr="00AB7E95" w:rsidRDefault="001C19FE">
      <w:pPr>
        <w:rPr>
          <w:lang w:val="ru-RU"/>
        </w:rPr>
      </w:pPr>
      <w:r w:rsidRPr="00AB7E95">
        <w:rPr>
          <w:b/>
          <w:lang w:val="ru-RU"/>
        </w:rPr>
        <w:t xml:space="preserve">13.1. </w:t>
      </w:r>
      <w:r w:rsidRPr="00AB7E95">
        <w:rPr>
          <w:lang w:val="ru-RU"/>
        </w:rPr>
        <w:t>Стороны стараются урегулировать разногласия путем переговоров и переписки через Личный кабинет.</w:t>
      </w:r>
    </w:p>
    <w:p w14:paraId="1184872A" w14:textId="77777777" w:rsidR="005A1416" w:rsidRPr="00AB7E95" w:rsidRDefault="001C19FE">
      <w:pPr>
        <w:rPr>
          <w:lang w:val="ru-RU"/>
        </w:rPr>
      </w:pPr>
      <w:r w:rsidRPr="00AB7E95">
        <w:rPr>
          <w:b/>
          <w:lang w:val="ru-RU"/>
        </w:rPr>
        <w:t xml:space="preserve">13.2. </w:t>
      </w:r>
      <w:r w:rsidRPr="00AB7E95">
        <w:rPr>
          <w:lang w:val="ru-RU"/>
        </w:rPr>
        <w:t>Если договориться не удалось, спор разрешается в порядке, установленном законодательством Российской Федерации.</w:t>
      </w:r>
    </w:p>
    <w:p w14:paraId="24420670" w14:textId="77777777" w:rsidR="005A1416" w:rsidRPr="00AB7E95" w:rsidRDefault="001C19FE">
      <w:pPr>
        <w:pStyle w:val="1"/>
        <w:rPr>
          <w:lang w:val="ru-RU"/>
        </w:rPr>
      </w:pPr>
      <w:r w:rsidRPr="00AB7E95">
        <w:rPr>
          <w:lang w:val="ru-RU"/>
        </w:rPr>
        <w:t>14. Срок действия и новые редакции оферты</w:t>
      </w:r>
    </w:p>
    <w:p w14:paraId="13FDC8A9" w14:textId="77777777" w:rsidR="005A1416" w:rsidRPr="00AB7E95" w:rsidRDefault="001C19FE">
      <w:pPr>
        <w:rPr>
          <w:lang w:val="ru-RU"/>
        </w:rPr>
      </w:pPr>
      <w:r>
        <w:t>14.1. Редакция №11 вступает в силу 20 октября 2026 года. Она применяется к договорам на услуги и абонементы, оформленным по этой редакции. Ранее заключенные договоры сохраняют силу на согласованных условиях; переход на новую редакцию оформляется письменным соглашением сторон.</w:t>
      </w:r>
    </w:p>
    <w:p w14:paraId="0A07CA4C" w14:textId="77777777" w:rsidR="005A1416" w:rsidRPr="00AB7E95" w:rsidRDefault="001C19FE">
      <w:pPr>
        <w:rPr>
          <w:lang w:val="ru-RU"/>
        </w:rPr>
      </w:pPr>
      <w:r w:rsidRPr="00AB7E95">
        <w:rPr>
          <w:b/>
          <w:lang w:val="ru-RU"/>
        </w:rPr>
        <w:t xml:space="preserve">14.2. </w:t>
      </w:r>
      <w:r w:rsidRPr="00AB7E95">
        <w:rPr>
          <w:lang w:val="ru-RU"/>
        </w:rPr>
        <w:t>Исполнитель вправе публиковать новые редакции оферты. Новая редакция применяется к абонементам и услугам, приобретаемым после ее вступления в силу, если иное не предусмотрено законом или соглашением сторон.</w:t>
      </w:r>
    </w:p>
    <w:p w14:paraId="67E88359" w14:textId="77777777" w:rsidR="005A1416" w:rsidRPr="00AB7E95" w:rsidRDefault="001C19FE">
      <w:pPr>
        <w:rPr>
          <w:lang w:val="ru-RU"/>
        </w:rPr>
      </w:pPr>
      <w:r w:rsidRPr="00AB7E95">
        <w:rPr>
          <w:b/>
          <w:lang w:val="ru-RU"/>
        </w:rPr>
        <w:t xml:space="preserve">14.3. </w:t>
      </w:r>
      <w:r w:rsidRPr="00AB7E95">
        <w:rPr>
          <w:lang w:val="ru-RU"/>
        </w:rPr>
        <w:t>Исполнитель хранит информацию, позволяющую определить, какую редакцию оферты Клиент принял при покупке конкретного абонемента.</w:t>
      </w:r>
    </w:p>
    <w:p w14:paraId="5E03E0F2" w14:textId="77777777" w:rsidR="005A1416" w:rsidRPr="00AB7E95" w:rsidRDefault="001C19FE">
      <w:pPr>
        <w:pStyle w:val="1"/>
        <w:rPr>
          <w:lang w:val="ru-RU"/>
        </w:rPr>
      </w:pPr>
      <w:r w:rsidRPr="00AB7E95">
        <w:rPr>
          <w:lang w:val="ru-RU"/>
        </w:rPr>
        <w:t>15. Реквизиты Исполнителя</w:t>
      </w:r>
    </w:p>
    <w:p w14:paraId="55D9882B" w14:textId="77777777" w:rsidR="005A1416" w:rsidRPr="00AB7E95" w:rsidRDefault="001C19FE">
      <w:pPr>
        <w:rPr>
          <w:lang w:val="ru-RU"/>
        </w:rPr>
      </w:pPr>
      <w:r w:rsidRPr="00AB7E95">
        <w:rPr>
          <w:b/>
          <w:lang w:val="ru-RU"/>
        </w:rPr>
        <w:t xml:space="preserve">15.1. </w:t>
      </w:r>
      <w:r w:rsidRPr="00AB7E95">
        <w:rPr>
          <w:lang w:val="ru-RU"/>
        </w:rPr>
        <w:t xml:space="preserve">Индивидуальный предприниматель </w:t>
      </w:r>
      <w:proofErr w:type="spellStart"/>
      <w:r w:rsidRPr="00AB7E95">
        <w:rPr>
          <w:lang w:val="ru-RU"/>
        </w:rPr>
        <w:t>Боровских</w:t>
      </w:r>
      <w:proofErr w:type="spellEnd"/>
      <w:r w:rsidRPr="00AB7E95">
        <w:rPr>
          <w:lang w:val="ru-RU"/>
        </w:rPr>
        <w:t xml:space="preserve"> Павел Сергеевич.</w:t>
      </w:r>
    </w:p>
    <w:p w14:paraId="1549B4D0" w14:textId="77777777" w:rsidR="005A1416" w:rsidRPr="00AB7E95" w:rsidRDefault="001C19FE">
      <w:pPr>
        <w:rPr>
          <w:lang w:val="ru-RU"/>
        </w:rPr>
      </w:pPr>
      <w:r w:rsidRPr="00AB7E95">
        <w:rPr>
          <w:b/>
          <w:lang w:val="ru-RU"/>
        </w:rPr>
        <w:t xml:space="preserve">15.2. </w:t>
      </w:r>
      <w:r w:rsidRPr="00AB7E95">
        <w:rPr>
          <w:lang w:val="ru-RU"/>
        </w:rPr>
        <w:t>ИНН 463251720305.</w:t>
      </w:r>
    </w:p>
    <w:p w14:paraId="47AA4536" w14:textId="77777777" w:rsidR="005A1416" w:rsidRPr="00AB7E95" w:rsidRDefault="001C19FE">
      <w:pPr>
        <w:rPr>
          <w:lang w:val="ru-RU"/>
        </w:rPr>
      </w:pPr>
      <w:r w:rsidRPr="00AB7E95">
        <w:rPr>
          <w:b/>
          <w:lang w:val="ru-RU"/>
        </w:rPr>
        <w:t xml:space="preserve">15.3. </w:t>
      </w:r>
      <w:r w:rsidRPr="00AB7E95">
        <w:rPr>
          <w:lang w:val="ru-RU"/>
        </w:rPr>
        <w:t>ОГРНИП 326460000001222.</w:t>
      </w:r>
    </w:p>
    <w:p w14:paraId="6A2E048D" w14:textId="77777777" w:rsidR="005A1416" w:rsidRPr="00AB7E95" w:rsidRDefault="001C19FE">
      <w:pPr>
        <w:rPr>
          <w:lang w:val="ru-RU"/>
        </w:rPr>
      </w:pPr>
      <w:r w:rsidRPr="00AB7E95">
        <w:rPr>
          <w:b/>
          <w:lang w:val="ru-RU"/>
        </w:rPr>
        <w:t xml:space="preserve">15.4. </w:t>
      </w:r>
      <w:r w:rsidRPr="00AB7E95">
        <w:rPr>
          <w:lang w:val="ru-RU"/>
        </w:rPr>
        <w:t>Телефон: 8 (999) 606-04-46.</w:t>
      </w:r>
    </w:p>
    <w:p w14:paraId="0271908F" w14:textId="77777777" w:rsidR="005A1416" w:rsidRPr="00AB7E95" w:rsidRDefault="001C19FE">
      <w:pPr>
        <w:rPr>
          <w:lang w:val="ru-RU"/>
        </w:rPr>
      </w:pPr>
      <w:r w:rsidRPr="00AB7E95">
        <w:rPr>
          <w:b/>
          <w:lang w:val="ru-RU"/>
        </w:rPr>
        <w:lastRenderedPageBreak/>
        <w:t xml:space="preserve">15.5. </w:t>
      </w:r>
      <w:r w:rsidRPr="00AB7E95">
        <w:rPr>
          <w:lang w:val="ru-RU"/>
        </w:rPr>
        <w:t xml:space="preserve">Адрес сайта: </w:t>
      </w:r>
      <w:hyperlink r:id="rId8">
        <w:r>
          <w:rPr>
            <w:lang w:val="ru-RU"/>
          </w:rPr>
          <w:t>https://musicfamily46.ru/</w:t>
        </w:r>
      </w:hyperlink>
    </w:p>
    <w:p w14:paraId="379412FA" w14:textId="77777777" w:rsidR="00AB489B" w:rsidRDefault="001C19FE" w:rsidP="00AB489B">
      <w:pPr>
        <w:rPr>
          <w:lang w:val="ru-RU"/>
        </w:rPr>
      </w:pPr>
      <w:r w:rsidRPr="00AB7E95">
        <w:rPr>
          <w:b/>
          <w:lang w:val="ru-RU"/>
        </w:rPr>
        <w:t xml:space="preserve">15.6. </w:t>
      </w:r>
      <w:r w:rsidRPr="00AB7E95">
        <w:rPr>
          <w:lang w:val="ru-RU"/>
        </w:rPr>
        <w:t xml:space="preserve">Адрес страницы оферты: </w:t>
      </w:r>
      <w:hyperlink r:id="rId9">
        <w:r>
          <w:rPr>
            <w:lang w:val="ru-RU"/>
          </w:rPr>
          <w:t>https://musicfamily46.ru/offer/</w:t>
        </w:r>
      </w:hyperlink>
    </w:p>
    <w:p w14:paraId="56F8F5A5" w14:textId="77777777" w:rsidR="00AB489B" w:rsidRDefault="00AB489B" w:rsidP="00AB489B">
      <w:pPr>
        <w:rPr>
          <w:lang w:val="ru-RU"/>
        </w:rPr>
      </w:pPr>
    </w:p>
    <w:p w14:paraId="39C67591" w14:textId="1CDE5F9F" w:rsidR="005A1416" w:rsidRPr="00AB7E95" w:rsidRDefault="00AB489B" w:rsidP="00AB489B">
      <w:pPr>
        <w:rPr>
          <w:lang w:val="ru-RU"/>
        </w:rPr>
      </w:pPr>
      <w:r>
        <w:rPr>
          <w:lang w:val="ru-RU"/>
        </w:rPr>
        <w:t xml:space="preserve">                                      </w:t>
      </w:r>
      <w:r w:rsidR="001C19FE" w:rsidRPr="00AB7E95">
        <w:rPr>
          <w:b/>
          <w:sz w:val="26"/>
          <w:lang w:val="ru-RU"/>
        </w:rPr>
        <w:t xml:space="preserve">ПРИЛОЖЕНИЕ №1 ПРАЙС </w:t>
      </w:r>
      <w:r w:rsidR="001C19FE">
        <w:rPr>
          <w:b/>
          <w:sz w:val="26"/>
        </w:rPr>
        <w:t>MUSIC</w:t>
      </w:r>
      <w:r w:rsidR="001C19FE" w:rsidRPr="00AB7E95">
        <w:rPr>
          <w:b/>
          <w:sz w:val="26"/>
          <w:lang w:val="ru-RU"/>
        </w:rPr>
        <w:t xml:space="preserve"> </w:t>
      </w:r>
      <w:r w:rsidR="001C19FE">
        <w:rPr>
          <w:b/>
          <w:sz w:val="26"/>
        </w:rPr>
        <w:t>FAMILY</w:t>
      </w:r>
    </w:p>
    <w:p w14:paraId="0D99088E" w14:textId="77777777" w:rsidR="005A1416" w:rsidRPr="00AB7E95" w:rsidRDefault="001C19FE">
      <w:pPr>
        <w:spacing w:after="160"/>
        <w:jc w:val="center"/>
        <w:rPr>
          <w:lang w:val="ru-RU"/>
        </w:rPr>
      </w:pPr>
      <w:r>
        <w:t>к Публичной оферте, редакция №11 от 20.10.2026</w:t>
      </w:r>
    </w:p>
    <w:tbl>
      <w:tblPr>
        <w:tblStyle w:val="aff0"/>
        <w:tblW w:w="0" w:type="auto"/>
        <w:jc w:val="center"/>
        <w:tblLook w:val="04A0" w:firstRow="1" w:lastRow="0" w:firstColumn="1" w:lastColumn="0" w:noHBand="0" w:noVBand="1"/>
      </w:tblPr>
      <w:tblGrid>
        <w:gridCol w:w="3324"/>
        <w:gridCol w:w="3324"/>
        <w:gridCol w:w="3324"/>
      </w:tblGrid>
      <w:tr w:rsidR="005A1416" w14:paraId="29C570A1" w14:textId="77777777">
        <w:trPr>
          <w:tblHeader/>
          <w:jc w:val="center"/>
        </w:trPr>
        <w:tc>
          <w:tcPr>
            <w:tcW w:w="3324" w:type="dxa"/>
            <w:shd w:val="clear" w:color="auto" w:fill="E5E5E5"/>
          </w:tcPr>
          <w:p w14:paraId="42E9F100" w14:textId="77777777" w:rsidR="005A1416" w:rsidRDefault="001C19FE">
            <w:pPr>
              <w:spacing w:after="40"/>
            </w:pPr>
            <w:proofErr w:type="spellStart"/>
            <w:r>
              <w:rPr>
                <w:b/>
                <w:sz w:val="19"/>
              </w:rPr>
              <w:t>Услуга</w:t>
            </w:r>
            <w:proofErr w:type="spellEnd"/>
          </w:p>
        </w:tc>
        <w:tc>
          <w:tcPr>
            <w:tcW w:w="3324" w:type="dxa"/>
            <w:shd w:val="clear" w:color="auto" w:fill="E5E5E5"/>
          </w:tcPr>
          <w:p w14:paraId="23CF566F" w14:textId="77777777" w:rsidR="005A1416" w:rsidRDefault="001C19FE">
            <w:pPr>
              <w:spacing w:after="40"/>
            </w:pPr>
            <w:r>
              <w:rPr>
                <w:b/>
                <w:sz w:val="19"/>
              </w:rPr>
              <w:t>Условия</w:t>
            </w:r>
          </w:p>
        </w:tc>
        <w:tc>
          <w:tcPr>
            <w:tcW w:w="3324" w:type="dxa"/>
            <w:shd w:val="clear" w:color="auto" w:fill="E5E5E5"/>
          </w:tcPr>
          <w:p w14:paraId="64339419" w14:textId="77777777" w:rsidR="005A1416" w:rsidRDefault="001C19FE">
            <w:pPr>
              <w:spacing w:after="40"/>
            </w:pPr>
            <w:r>
              <w:rPr>
                <w:b/>
                <w:sz w:val="19"/>
              </w:rPr>
              <w:t>Стоимость</w:t>
            </w:r>
          </w:p>
        </w:tc>
      </w:tr>
      <w:tr w:rsidR="005A1416" w14:paraId="2595616B" w14:textId="77777777">
        <w:trPr>
          <w:jc w:val="center"/>
        </w:trPr>
        <w:tc>
          <w:tcPr>
            <w:tcW w:w="3324" w:type="dxa"/>
            <w:vAlign w:val="center"/>
          </w:tcPr>
          <w:p w14:paraId="167E9965" w14:textId="77777777" w:rsidR="005A1416" w:rsidRDefault="001C19FE">
            <w:pPr>
              <w:spacing w:after="40"/>
            </w:pPr>
            <w:r>
              <w:rPr>
                <w:sz w:val="19"/>
              </w:rPr>
              <w:t>Пробный урок</w:t>
            </w:r>
          </w:p>
        </w:tc>
        <w:tc>
          <w:tcPr>
            <w:tcW w:w="3324" w:type="dxa"/>
            <w:vAlign w:val="center"/>
          </w:tcPr>
          <w:p w14:paraId="11CF876B" w14:textId="77777777" w:rsidR="005A1416" w:rsidRDefault="001C19FE">
            <w:pPr>
              <w:spacing w:after="40"/>
            </w:pPr>
            <w:r>
              <w:rPr>
                <w:sz w:val="19"/>
              </w:rPr>
              <w:t>50 минут</w:t>
            </w:r>
          </w:p>
        </w:tc>
        <w:tc>
          <w:tcPr>
            <w:tcW w:w="3324" w:type="dxa"/>
            <w:vAlign w:val="center"/>
          </w:tcPr>
          <w:p w14:paraId="618AD189" w14:textId="77777777" w:rsidR="005A1416" w:rsidRDefault="001C19FE">
            <w:pPr>
              <w:spacing w:after="40"/>
            </w:pPr>
            <w:r>
              <w:rPr>
                <w:sz w:val="19"/>
              </w:rPr>
              <w:t>1 000 ₽</w:t>
            </w:r>
          </w:p>
        </w:tc>
      </w:tr>
      <w:tr w:rsidR="005A1416" w14:paraId="230D69AD" w14:textId="77777777">
        <w:trPr>
          <w:jc w:val="center"/>
        </w:trPr>
        <w:tc>
          <w:tcPr>
            <w:tcW w:w="3324" w:type="dxa"/>
            <w:vAlign w:val="center"/>
          </w:tcPr>
          <w:p w14:paraId="6EC707E1" w14:textId="77777777" w:rsidR="005A1416" w:rsidRDefault="001C19FE">
            <w:pPr>
              <w:spacing w:after="40"/>
            </w:pPr>
            <w:r>
              <w:rPr>
                <w:sz w:val="19"/>
              </w:rPr>
              <w:t>Разовый урок</w:t>
            </w:r>
          </w:p>
        </w:tc>
        <w:tc>
          <w:tcPr>
            <w:tcW w:w="3324" w:type="dxa"/>
            <w:vAlign w:val="center"/>
          </w:tcPr>
          <w:p w14:paraId="648643EA" w14:textId="77777777" w:rsidR="005A1416" w:rsidRDefault="001C19FE">
            <w:pPr>
              <w:spacing w:after="40"/>
            </w:pPr>
            <w:r>
              <w:rPr>
                <w:sz w:val="19"/>
              </w:rPr>
              <w:t>50 минут</w:t>
            </w:r>
          </w:p>
        </w:tc>
        <w:tc>
          <w:tcPr>
            <w:tcW w:w="3324" w:type="dxa"/>
            <w:vAlign w:val="center"/>
          </w:tcPr>
          <w:p w14:paraId="0DE8478B" w14:textId="77777777" w:rsidR="005A1416" w:rsidRDefault="001C19FE">
            <w:pPr>
              <w:spacing w:after="40"/>
            </w:pPr>
            <w:r>
              <w:rPr>
                <w:sz w:val="19"/>
              </w:rPr>
              <w:t>1 700 ₽</w:t>
            </w:r>
          </w:p>
        </w:tc>
      </w:tr>
      <w:tr w:rsidR="005A1416" w14:paraId="269623DE" w14:textId="77777777">
        <w:trPr>
          <w:jc w:val="center"/>
        </w:trPr>
        <w:tc>
          <w:tcPr>
            <w:tcW w:w="3324" w:type="dxa"/>
            <w:vAlign w:val="center"/>
          </w:tcPr>
          <w:p w14:paraId="549BE4F1" w14:textId="77777777" w:rsidR="005A1416" w:rsidRDefault="001C19FE">
            <w:pPr>
              <w:spacing w:after="40"/>
            </w:pPr>
            <w:r>
              <w:rPr>
                <w:sz w:val="19"/>
              </w:rPr>
              <w:t>Абонемент Start — 4 урока</w:t>
            </w:r>
          </w:p>
        </w:tc>
        <w:tc>
          <w:tcPr>
            <w:tcW w:w="3324" w:type="dxa"/>
            <w:vAlign w:val="center"/>
          </w:tcPr>
          <w:p w14:paraId="7BAADC3F" w14:textId="77777777" w:rsidR="005A1416" w:rsidRPr="00AB7E95" w:rsidRDefault="001C19FE">
            <w:pPr>
              <w:spacing w:after="40"/>
              <w:rPr>
                <w:lang w:val="ru-RU"/>
              </w:rPr>
            </w:pPr>
            <w:r w:rsidRPr="00AB7E95">
              <w:rPr>
                <w:sz w:val="19"/>
                <w:lang w:val="ru-RU"/>
              </w:rPr>
              <w:t>4 урока × 50 минут; посещение 1 раз в неделю; срок 35 дней с первого проведенного урока</w:t>
            </w:r>
          </w:p>
        </w:tc>
        <w:tc>
          <w:tcPr>
            <w:tcW w:w="3324" w:type="dxa"/>
            <w:vAlign w:val="center"/>
          </w:tcPr>
          <w:p w14:paraId="64D04FE6" w14:textId="77777777" w:rsidR="005A1416" w:rsidRDefault="001C19FE">
            <w:pPr>
              <w:spacing w:after="40"/>
            </w:pPr>
            <w:r>
              <w:rPr>
                <w:sz w:val="19"/>
              </w:rPr>
              <w:t>6 000 ₽</w:t>
            </w:r>
          </w:p>
        </w:tc>
      </w:tr>
      <w:tr w:rsidR="005A1416" w14:paraId="1393DF23" w14:textId="77777777">
        <w:trPr>
          <w:jc w:val="center"/>
        </w:trPr>
        <w:tc>
          <w:tcPr>
            <w:tcW w:w="3324" w:type="dxa"/>
            <w:vAlign w:val="center"/>
          </w:tcPr>
          <w:p w14:paraId="68EAB20B" w14:textId="397D0471" w:rsidR="005A1416" w:rsidRDefault="001C19FE">
            <w:pPr>
              <w:spacing w:after="40"/>
            </w:pPr>
            <w:proofErr w:type="spellStart"/>
            <w:r>
              <w:rPr>
                <w:sz w:val="19"/>
              </w:rPr>
              <w:t>Абонемент</w:t>
            </w:r>
            <w:proofErr w:type="spellEnd"/>
            <w:r>
              <w:rPr>
                <w:sz w:val="19"/>
              </w:rPr>
              <w:t xml:space="preserve"> Standar</w:t>
            </w:r>
            <w:r w:rsidR="00E8715B">
              <w:rPr>
                <w:sz w:val="19"/>
              </w:rPr>
              <w:t>d</w:t>
            </w:r>
            <w:r>
              <w:rPr>
                <w:sz w:val="19"/>
              </w:rPr>
              <w:t xml:space="preserve"> — 8 </w:t>
            </w:r>
            <w:proofErr w:type="spellStart"/>
            <w:r>
              <w:rPr>
                <w:sz w:val="19"/>
              </w:rPr>
              <w:t>уроков</w:t>
            </w:r>
            <w:proofErr w:type="spellEnd"/>
          </w:p>
        </w:tc>
        <w:tc>
          <w:tcPr>
            <w:tcW w:w="3324" w:type="dxa"/>
            <w:vAlign w:val="center"/>
          </w:tcPr>
          <w:p w14:paraId="0EBD4B42" w14:textId="77777777" w:rsidR="005A1416" w:rsidRPr="00AB7E95" w:rsidRDefault="001C19FE">
            <w:pPr>
              <w:spacing w:after="40"/>
              <w:rPr>
                <w:lang w:val="ru-RU"/>
              </w:rPr>
            </w:pPr>
            <w:r w:rsidRPr="00AB7E95">
              <w:rPr>
                <w:sz w:val="19"/>
                <w:lang w:val="ru-RU"/>
              </w:rPr>
              <w:t>8 уроков × 50 минут; посещение 2 раза в неделю; срок 35 дней с первого проведенного урока</w:t>
            </w:r>
          </w:p>
        </w:tc>
        <w:tc>
          <w:tcPr>
            <w:tcW w:w="3324" w:type="dxa"/>
            <w:vAlign w:val="center"/>
          </w:tcPr>
          <w:p w14:paraId="0EFCCEBD" w14:textId="77777777" w:rsidR="005A1416" w:rsidRDefault="001C19FE">
            <w:pPr>
              <w:spacing w:after="40"/>
            </w:pPr>
            <w:r>
              <w:rPr>
                <w:sz w:val="19"/>
              </w:rPr>
              <w:t>9 600 ₽</w:t>
            </w:r>
          </w:p>
        </w:tc>
      </w:tr>
      <w:tr w:rsidR="005A1416" w14:paraId="009EC309" w14:textId="77777777">
        <w:trPr>
          <w:jc w:val="center"/>
        </w:trPr>
        <w:tc>
          <w:tcPr>
            <w:tcW w:w="3324" w:type="dxa"/>
            <w:vAlign w:val="center"/>
          </w:tcPr>
          <w:p w14:paraId="2AE3F737" w14:textId="77777777" w:rsidR="005A1416" w:rsidRDefault="001C19FE">
            <w:pPr>
              <w:spacing w:after="40"/>
            </w:pPr>
            <w:r>
              <w:rPr>
                <w:sz w:val="19"/>
              </w:rPr>
              <w:t>Интенсив</w:t>
            </w:r>
          </w:p>
        </w:tc>
        <w:tc>
          <w:tcPr>
            <w:tcW w:w="3324" w:type="dxa"/>
            <w:vAlign w:val="center"/>
          </w:tcPr>
          <w:p w14:paraId="068FC6FC" w14:textId="77777777" w:rsidR="005A1416" w:rsidRDefault="001C19FE">
            <w:pPr>
              <w:spacing w:after="40"/>
            </w:pPr>
            <w:r>
              <w:rPr>
                <w:sz w:val="19"/>
              </w:rPr>
              <w:t>75 минут</w:t>
            </w:r>
          </w:p>
        </w:tc>
        <w:tc>
          <w:tcPr>
            <w:tcW w:w="3324" w:type="dxa"/>
            <w:vAlign w:val="center"/>
          </w:tcPr>
          <w:p w14:paraId="54D16865" w14:textId="77777777" w:rsidR="005A1416" w:rsidRDefault="001C19FE">
            <w:pPr>
              <w:spacing w:after="40"/>
            </w:pPr>
            <w:r>
              <w:rPr>
                <w:sz w:val="19"/>
              </w:rPr>
              <w:t>2 000 ₽</w:t>
            </w:r>
          </w:p>
        </w:tc>
      </w:tr>
      <w:tr w:rsidR="005A1416" w14:paraId="152C7291" w14:textId="77777777">
        <w:trPr>
          <w:jc w:val="center"/>
        </w:trPr>
        <w:tc>
          <w:tcPr>
            <w:tcW w:w="3324" w:type="dxa"/>
            <w:vAlign w:val="center"/>
          </w:tcPr>
          <w:p w14:paraId="65ACE9AA" w14:textId="77777777" w:rsidR="005A1416" w:rsidRDefault="001C19FE">
            <w:pPr>
              <w:spacing w:after="40"/>
            </w:pPr>
            <w:r>
              <w:rPr>
                <w:sz w:val="19"/>
              </w:rPr>
              <w:t>Аренда класса</w:t>
            </w:r>
          </w:p>
        </w:tc>
        <w:tc>
          <w:tcPr>
            <w:tcW w:w="3324" w:type="dxa"/>
            <w:vAlign w:val="center"/>
          </w:tcPr>
          <w:p w14:paraId="358CFDD8" w14:textId="77777777" w:rsidR="005A1416" w:rsidRDefault="001C19FE">
            <w:pPr>
              <w:spacing w:after="40"/>
            </w:pPr>
            <w:r>
              <w:rPr>
                <w:sz w:val="19"/>
              </w:rPr>
              <w:t>50 минут</w:t>
            </w:r>
          </w:p>
        </w:tc>
        <w:tc>
          <w:tcPr>
            <w:tcW w:w="3324" w:type="dxa"/>
            <w:vAlign w:val="center"/>
          </w:tcPr>
          <w:p w14:paraId="7CF319A9" w14:textId="77777777" w:rsidR="005A1416" w:rsidRDefault="001C19FE">
            <w:pPr>
              <w:spacing w:after="40"/>
            </w:pPr>
            <w:r>
              <w:rPr>
                <w:sz w:val="19"/>
              </w:rPr>
              <w:t>600 ₽</w:t>
            </w:r>
          </w:p>
        </w:tc>
      </w:tr>
      <w:tr w:rsidR="005A1416" w14:paraId="70DB26AF" w14:textId="77777777">
        <w:trPr>
          <w:jc w:val="center"/>
        </w:trPr>
        <w:tc>
          <w:tcPr>
            <w:tcW w:w="3324" w:type="dxa"/>
            <w:vAlign w:val="center"/>
          </w:tcPr>
          <w:p w14:paraId="6533D60D" w14:textId="77777777" w:rsidR="005A1416" w:rsidRDefault="001C19FE">
            <w:pPr>
              <w:spacing w:after="40"/>
            </w:pPr>
            <w:r>
              <w:rPr>
                <w:sz w:val="19"/>
              </w:rPr>
              <w:t>Заморозка абонемента</w:t>
            </w:r>
          </w:p>
        </w:tc>
        <w:tc>
          <w:tcPr>
            <w:tcW w:w="3324" w:type="dxa"/>
            <w:vAlign w:val="center"/>
          </w:tcPr>
          <w:p w14:paraId="10A7A577" w14:textId="77777777" w:rsidR="005A1416" w:rsidRPr="00AB7E95" w:rsidRDefault="001C19FE">
            <w:pPr>
              <w:spacing w:after="40"/>
              <w:rPr>
                <w:lang w:val="ru-RU"/>
              </w:rPr>
            </w:pPr>
            <w:r w:rsidRPr="00AB7E95">
              <w:rPr>
                <w:sz w:val="19"/>
                <w:lang w:val="ru-RU"/>
              </w:rPr>
              <w:t>до 30 календарных дней; 1 раз на один абонемент</w:t>
            </w:r>
          </w:p>
        </w:tc>
        <w:tc>
          <w:tcPr>
            <w:tcW w:w="3324" w:type="dxa"/>
            <w:vAlign w:val="center"/>
          </w:tcPr>
          <w:p w14:paraId="0A83798F" w14:textId="1CE19C7C" w:rsidR="005A1416" w:rsidRDefault="00E8715B">
            <w:pPr>
              <w:spacing w:after="40"/>
            </w:pPr>
            <w:r>
              <w:rPr>
                <w:sz w:val="19"/>
                <w:lang w:val="ru-RU"/>
              </w:rPr>
              <w:t>8</w:t>
            </w:r>
            <w:r w:rsidR="001C19FE">
              <w:rPr>
                <w:sz w:val="19"/>
              </w:rPr>
              <w:t>00 ₽</w:t>
            </w:r>
          </w:p>
        </w:tc>
      </w:tr>
    </w:tbl>
    <w:p w14:paraId="2267E935" w14:textId="3722E090" w:rsidR="005A1416" w:rsidRPr="00AB7E95" w:rsidRDefault="001C19FE">
      <w:pPr>
        <w:spacing w:before="40" w:after="20" w:line="240" w:lineRule="auto"/>
        <w:rPr>
          <w:lang w:val="ru-RU"/>
        </w:rPr>
      </w:pPr>
      <w:r w:rsidRPr="00AB7E95">
        <w:rPr>
          <w:sz w:val="18"/>
          <w:lang w:val="ru-RU"/>
        </w:rPr>
        <w:t>В стоимость каждого абонемента входит организационное сопровождение Ученика стоимостью 1 600 ₽. Для расчета неиспользованной учебной части и суммы возврата после начала занятий применяется расчетная стоимость урока: Start — 1 100 ₽; Standard — 1 000 ₽.</w:t>
      </w:r>
    </w:p>
    <w:p w14:paraId="076A63CF" w14:textId="77777777" w:rsidR="005A1416" w:rsidRPr="00AB7E95" w:rsidRDefault="001C19FE">
      <w:pPr>
        <w:spacing w:before="40" w:after="20" w:line="240" w:lineRule="auto"/>
        <w:rPr>
          <w:lang w:val="ru-RU"/>
        </w:rPr>
      </w:pPr>
      <w:r w:rsidRPr="00AB7E95">
        <w:rPr>
          <w:sz w:val="18"/>
          <w:lang w:val="ru-RU"/>
        </w:rPr>
        <w:t>Все отмены и переносы осуществляются по правилам раздела 7 оферты и только в пределах текущего срока действия абонемента.</w:t>
      </w:r>
    </w:p>
    <w:sectPr w:rsidR="005A1416" w:rsidRPr="00AB7E95" w:rsidSect="00034616">
      <w:pgSz w:w="12240" w:h="15840"/>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769D"/>
    <w:rsid w:val="0015074B"/>
    <w:rsid w:val="001C19FE"/>
    <w:rsid w:val="0029639D"/>
    <w:rsid w:val="00326F90"/>
    <w:rsid w:val="004363CD"/>
    <w:rsid w:val="004B5712"/>
    <w:rsid w:val="004B6775"/>
    <w:rsid w:val="005A1416"/>
    <w:rsid w:val="005E7DB8"/>
    <w:rsid w:val="00806C0A"/>
    <w:rsid w:val="00A91ADE"/>
    <w:rsid w:val="00AA1D8D"/>
    <w:rsid w:val="00AB489B"/>
    <w:rsid w:val="00AB7E95"/>
    <w:rsid w:val="00B47730"/>
    <w:rsid w:val="00CB0664"/>
    <w:rsid w:val="00E8715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F471A6"/>
  <w14:defaultImageDpi w14:val="300"/>
  <w15:docId w15:val="{340E4799-42B2-9341-9A8B-B144C14E8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59" w:lineRule="auto"/>
    </w:pPr>
    <w:rPr>
      <w:rFonts w:ascii="Arial" w:hAnsi="Arial"/>
      <w:sz w:val="21"/>
    </w:rPr>
  </w:style>
  <w:style w:type="paragraph" w:styleId="1">
    <w:name w:val="heading 1"/>
    <w:basedOn w:val="a1"/>
    <w:next w:val="a1"/>
    <w:link w:val="10"/>
    <w:uiPriority w:val="9"/>
    <w:qFormat/>
    <w:rsid w:val="00FC693F"/>
    <w:pPr>
      <w:keepNext/>
      <w:keepLines/>
      <w:spacing w:before="180"/>
      <w:outlineLvl w:val="0"/>
    </w:pPr>
    <w:rPr>
      <w:rFonts w:asciiTheme="majorHAnsi" w:eastAsiaTheme="majorEastAsia" w:hAnsiTheme="majorHAnsi" w:cstheme="majorBidi"/>
      <w:b/>
      <w:bCs/>
      <w:color w:val="365F91" w:themeColor="accent1" w:themeShade="BF"/>
      <w:sz w:val="25"/>
      <w:szCs w:val="28"/>
    </w:rPr>
  </w:style>
  <w:style w:type="paragraph" w:styleId="21">
    <w:name w:val="heading 2"/>
    <w:basedOn w:val="a1"/>
    <w:next w:val="a1"/>
    <w:link w:val="22"/>
    <w:uiPriority w:val="9"/>
    <w:unhideWhenUsed/>
    <w:qFormat/>
    <w:rsid w:val="00FC693F"/>
    <w:pPr>
      <w:keepNext/>
      <w:keepLines/>
      <w:spacing w:before="180"/>
      <w:outlineLvl w:val="1"/>
    </w:pPr>
    <w:rPr>
      <w:rFonts w:asciiTheme="majorHAnsi" w:eastAsiaTheme="majorEastAsia" w:hAnsiTheme="majorHAnsi" w:cstheme="majorBidi"/>
      <w:b/>
      <w:bCs/>
      <w:color w:val="4F81BD" w:themeColor="accent1"/>
      <w:sz w:val="23"/>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282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hyperlink" Target="https://musicfamily46.ru/" TargetMode="External"/><Relationship Id="rId9" Type="http://schemas.openxmlformats.org/officeDocument/2006/relationships/hyperlink" Target="https://musicfamily46.ru/off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6</Pages>
  <Words>2568</Words>
  <Characters>14641</Characters>
  <Application>Microsoft Office Word</Application>
  <DocSecurity>0</DocSecurity>
  <Lines>122</Lines>
  <Paragraphs>34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3</cp:revision>
  <dcterms:created xsi:type="dcterms:W3CDTF">2013-12-23T23:15:00Z</dcterms:created>
  <dcterms:modified xsi:type="dcterms:W3CDTF">2026-09-20T16:57:00Z</dcterms:modified>
  <cp:category/>
</cp:coreProperties>
</file>